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3EBF0E" w14:textId="77777777" w:rsidR="00F80840" w:rsidRDefault="00F80840" w:rsidP="000C06DB">
      <w:pPr>
        <w:pStyle w:val="Titre1"/>
        <w:spacing w:before="240"/>
        <w:jc w:val="center"/>
        <w:rPr>
          <w:rFonts w:ascii="Arial" w:hAnsi="Arial" w:cs="Arial"/>
          <w:color w:val="auto"/>
          <w:sz w:val="24"/>
          <w:szCs w:val="22"/>
          <w:lang w:val="fr-CH"/>
        </w:rPr>
      </w:pPr>
    </w:p>
    <w:p w14:paraId="0C31A7E2" w14:textId="42CD48A0" w:rsidR="00F93C89" w:rsidRPr="000C06DB" w:rsidRDefault="00D1742E" w:rsidP="000C06DB">
      <w:pPr>
        <w:pStyle w:val="Titre1"/>
        <w:spacing w:before="240"/>
        <w:jc w:val="center"/>
        <w:rPr>
          <w:rFonts w:ascii="Arial" w:hAnsi="Arial" w:cs="Arial"/>
          <w:color w:val="auto"/>
          <w:sz w:val="24"/>
          <w:szCs w:val="22"/>
          <w:lang w:val="fr-CH"/>
        </w:rPr>
      </w:pPr>
      <w:r w:rsidRPr="000C06DB">
        <w:rPr>
          <w:rFonts w:ascii="Arial" w:hAnsi="Arial" w:cs="Arial"/>
          <w:color w:val="auto"/>
          <w:sz w:val="24"/>
          <w:szCs w:val="22"/>
          <w:lang w:val="fr-CH"/>
        </w:rPr>
        <w:t>Formulaire de consentement pour la t</w:t>
      </w:r>
      <w:r w:rsidR="00B05963" w:rsidRPr="000C06DB">
        <w:rPr>
          <w:rFonts w:ascii="Arial" w:hAnsi="Arial" w:cs="Arial"/>
          <w:color w:val="auto"/>
          <w:sz w:val="24"/>
          <w:szCs w:val="22"/>
          <w:lang w:val="fr-CH"/>
        </w:rPr>
        <w:t xml:space="preserve">ransmission </w:t>
      </w:r>
      <w:r w:rsidR="00213F1F" w:rsidRPr="000C06DB">
        <w:rPr>
          <w:rFonts w:ascii="Arial" w:hAnsi="Arial" w:cs="Arial"/>
          <w:color w:val="auto"/>
          <w:sz w:val="24"/>
          <w:szCs w:val="22"/>
          <w:lang w:val="fr-CH"/>
        </w:rPr>
        <w:t>de données</w:t>
      </w:r>
      <w:r w:rsidR="00BF191A" w:rsidRPr="000C06DB">
        <w:rPr>
          <w:rFonts w:ascii="Arial" w:hAnsi="Arial" w:cs="Arial"/>
          <w:color w:val="auto"/>
          <w:sz w:val="24"/>
          <w:szCs w:val="22"/>
          <w:lang w:val="fr-CH"/>
        </w:rPr>
        <w:t xml:space="preserve"> concernant les besoins de votre enfant</w:t>
      </w:r>
      <w:r w:rsidRPr="000C06DB">
        <w:rPr>
          <w:rFonts w:ascii="Arial" w:hAnsi="Arial" w:cs="Arial"/>
          <w:color w:val="auto"/>
          <w:sz w:val="24"/>
          <w:szCs w:val="22"/>
          <w:lang w:val="fr-CH"/>
        </w:rPr>
        <w:t xml:space="preserve"> entre la structure d’accueil extrafamil</w:t>
      </w:r>
      <w:r w:rsidR="00BF191A" w:rsidRPr="000C06DB">
        <w:rPr>
          <w:rFonts w:ascii="Arial" w:hAnsi="Arial" w:cs="Arial"/>
          <w:color w:val="auto"/>
          <w:sz w:val="24"/>
          <w:szCs w:val="22"/>
          <w:lang w:val="fr-CH"/>
        </w:rPr>
        <w:t>ial et l’établissement scolaire</w:t>
      </w:r>
      <w:r w:rsidR="001A2BBE">
        <w:rPr>
          <w:rFonts w:ascii="Arial" w:hAnsi="Arial" w:cs="Arial"/>
          <w:color w:val="auto"/>
          <w:sz w:val="24"/>
          <w:szCs w:val="22"/>
          <w:lang w:val="fr-CH"/>
        </w:rPr>
        <w:t xml:space="preserve"> lors de son passage en scolarité</w:t>
      </w:r>
    </w:p>
    <w:p w14:paraId="23F80A73" w14:textId="2A28D6AA" w:rsidR="001C1EB3" w:rsidRPr="000C06DB" w:rsidRDefault="001C1EB3" w:rsidP="001C1EB3">
      <w:pPr>
        <w:rPr>
          <w:rFonts w:ascii="Arial" w:hAnsi="Arial" w:cs="Arial"/>
          <w:lang w:val="fr-CH"/>
        </w:rPr>
      </w:pPr>
    </w:p>
    <w:p w14:paraId="7BBFFCD7" w14:textId="70BDB454" w:rsidR="000C06DB" w:rsidRPr="00E25301" w:rsidRDefault="000C06DB" w:rsidP="00E25301">
      <w:pPr>
        <w:pStyle w:val="Sous-titre"/>
      </w:pPr>
      <w:r w:rsidRPr="00E25301">
        <w:t>INFORMATIONS GENERALE</w:t>
      </w:r>
      <w:r w:rsidR="00735017" w:rsidRPr="00E25301">
        <w:t>S</w:t>
      </w:r>
    </w:p>
    <w:p w14:paraId="688BF9F9" w14:textId="3FBAA83D" w:rsidR="00D1742E" w:rsidRPr="000C06DB" w:rsidRDefault="00D1742E" w:rsidP="008573F8">
      <w:pPr>
        <w:pStyle w:val="Titre2"/>
        <w:spacing w:before="0"/>
      </w:pPr>
      <w:r w:rsidRPr="000C06DB">
        <w:t>O</w:t>
      </w:r>
      <w:r w:rsidR="00F93C89" w:rsidRPr="000C06DB">
        <w:t>bjet du consentement</w:t>
      </w:r>
    </w:p>
    <w:p w14:paraId="2145BBF6" w14:textId="0BD37D71" w:rsidR="00606CEA" w:rsidRPr="000C06DB" w:rsidRDefault="00D1742E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  <w:r w:rsidRPr="00A2731D">
        <w:rPr>
          <w:rFonts w:ascii="Arial" w:hAnsi="Arial" w:cs="Arial"/>
          <w:lang w:val="fr-CH"/>
        </w:rPr>
        <w:t xml:space="preserve">Afin de répondre à ses besoins, la structure d’accueil </w:t>
      </w:r>
      <w:r w:rsidR="00BD3270" w:rsidRPr="00A2731D">
        <w:rPr>
          <w:rFonts w:ascii="Arial" w:hAnsi="Arial" w:cs="Arial"/>
          <w:lang w:val="fr-CH"/>
        </w:rPr>
        <w:t>extrafamilial</w:t>
      </w:r>
      <w:r w:rsidRPr="00A2731D">
        <w:rPr>
          <w:rFonts w:ascii="Arial" w:hAnsi="Arial" w:cs="Arial"/>
          <w:lang w:val="fr-CH"/>
        </w:rPr>
        <w:t xml:space="preserve"> de votre enfant a mis en place des mesures de soutien éducatif.</w:t>
      </w:r>
      <w:r w:rsidRPr="000C06DB">
        <w:rPr>
          <w:rFonts w:ascii="Arial" w:hAnsi="Arial" w:cs="Arial"/>
          <w:lang w:val="fr-CH"/>
        </w:rPr>
        <w:t xml:space="preserve"> Votre enfant débutant sa scolarité</w:t>
      </w:r>
      <w:r w:rsidR="009F02BA" w:rsidRPr="000C06DB">
        <w:rPr>
          <w:rFonts w:ascii="Arial" w:hAnsi="Arial" w:cs="Arial"/>
          <w:lang w:val="fr-CH"/>
        </w:rPr>
        <w:t xml:space="preserve"> prochainement</w:t>
      </w:r>
      <w:r w:rsidRPr="000C06DB">
        <w:rPr>
          <w:rFonts w:ascii="Arial" w:hAnsi="Arial" w:cs="Arial"/>
          <w:lang w:val="fr-CH"/>
        </w:rPr>
        <w:t xml:space="preserve">, il est important que </w:t>
      </w:r>
      <w:r w:rsidR="009F02BA" w:rsidRPr="000C06DB">
        <w:rPr>
          <w:rFonts w:ascii="Arial" w:hAnsi="Arial" w:cs="Arial"/>
          <w:lang w:val="fr-CH"/>
        </w:rPr>
        <w:t>les</w:t>
      </w:r>
      <w:r w:rsidRPr="000C06DB">
        <w:rPr>
          <w:rFonts w:ascii="Arial" w:hAnsi="Arial" w:cs="Arial"/>
          <w:lang w:val="fr-CH"/>
        </w:rPr>
        <w:t xml:space="preserve"> informations </w:t>
      </w:r>
      <w:r w:rsidR="009F02BA" w:rsidRPr="000C06DB">
        <w:rPr>
          <w:rFonts w:ascii="Arial" w:hAnsi="Arial" w:cs="Arial"/>
          <w:lang w:val="fr-CH"/>
        </w:rPr>
        <w:t xml:space="preserve">concernant les besoins de votre enfant </w:t>
      </w:r>
      <w:r w:rsidRPr="000C06DB">
        <w:rPr>
          <w:rFonts w:ascii="Arial" w:hAnsi="Arial" w:cs="Arial"/>
          <w:lang w:val="fr-CH"/>
        </w:rPr>
        <w:t>puissent être transmises entre l’équipe éducative de la structure d’</w:t>
      </w:r>
      <w:r w:rsidR="00BD3270" w:rsidRPr="000C06DB">
        <w:rPr>
          <w:rFonts w:ascii="Arial" w:hAnsi="Arial" w:cs="Arial"/>
          <w:lang w:val="fr-CH"/>
        </w:rPr>
        <w:t>accueil</w:t>
      </w:r>
      <w:r w:rsidR="009F02BA" w:rsidRPr="000C06DB">
        <w:rPr>
          <w:rFonts w:ascii="Arial" w:hAnsi="Arial" w:cs="Arial"/>
          <w:lang w:val="fr-CH"/>
        </w:rPr>
        <w:t xml:space="preserve"> extrafamilial</w:t>
      </w:r>
      <w:r w:rsidR="00BD3270" w:rsidRPr="000C06DB">
        <w:rPr>
          <w:rFonts w:ascii="Arial" w:hAnsi="Arial" w:cs="Arial"/>
          <w:lang w:val="fr-CH"/>
        </w:rPr>
        <w:t xml:space="preserve"> et l’établissement scolaire. </w:t>
      </w:r>
    </w:p>
    <w:p w14:paraId="393F8F53" w14:textId="76D2EF07" w:rsidR="00A40C6F" w:rsidRPr="000C06DB" w:rsidRDefault="00606CEA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  <w:r w:rsidRPr="000C06DB">
        <w:rPr>
          <w:rFonts w:ascii="Arial" w:hAnsi="Arial" w:cs="Arial"/>
          <w:lang w:val="fr-CH"/>
        </w:rPr>
        <w:t>Conformément à l'article 25 de la CPDT-JUNE</w:t>
      </w:r>
      <w:r w:rsidRPr="000C06DB">
        <w:rPr>
          <w:rStyle w:val="Appelnotedebasdep"/>
          <w:rFonts w:ascii="Arial" w:hAnsi="Arial" w:cs="Arial"/>
          <w:lang w:val="fr-CH"/>
        </w:rPr>
        <w:footnoteReference w:id="1"/>
      </w:r>
      <w:r w:rsidRPr="000C06DB">
        <w:rPr>
          <w:rFonts w:ascii="Arial" w:hAnsi="Arial" w:cs="Arial"/>
          <w:lang w:val="fr-CH"/>
        </w:rPr>
        <w:t xml:space="preserve">, en tant que détenteur de l’autorité parentale de votre enfant, vous </w:t>
      </w:r>
      <w:r w:rsidR="00BF191A" w:rsidRPr="000C06DB">
        <w:rPr>
          <w:rFonts w:ascii="Arial" w:hAnsi="Arial" w:cs="Arial"/>
          <w:lang w:val="fr-CH"/>
        </w:rPr>
        <w:t xml:space="preserve">êtes amenés à vous positionner concernant la transmission de ces informations. </w:t>
      </w:r>
    </w:p>
    <w:p w14:paraId="127855BA" w14:textId="735AA6B3" w:rsidR="00B05963" w:rsidRPr="000C06DB" w:rsidRDefault="00B05963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  <w:r w:rsidRPr="000C06DB">
        <w:rPr>
          <w:rFonts w:ascii="Arial" w:hAnsi="Arial" w:cs="Arial"/>
          <w:lang w:val="fr-CH"/>
        </w:rPr>
        <w:t xml:space="preserve">Les professionnels qui auront accès à ces informations </w:t>
      </w:r>
      <w:r w:rsidR="00BF191A" w:rsidRPr="000C06DB">
        <w:rPr>
          <w:rFonts w:ascii="Arial" w:hAnsi="Arial" w:cs="Arial"/>
          <w:lang w:val="fr-CH"/>
        </w:rPr>
        <w:t xml:space="preserve">ne les utiliseront que dans l’objectif d’améliorer la prise en charge et l’accompagnement de votre enfant. Aucune information ne sera utilisée ou transmise dans un but autre que cet objectif. </w:t>
      </w:r>
    </w:p>
    <w:p w14:paraId="3EAEC464" w14:textId="5B6571F6" w:rsidR="00BF191A" w:rsidRPr="000C06DB" w:rsidRDefault="00BF191A" w:rsidP="001C1EB3">
      <w:pPr>
        <w:pStyle w:val="Titre2"/>
      </w:pPr>
      <w:r w:rsidRPr="000C06DB">
        <w:t>Dur</w:t>
      </w:r>
      <w:r w:rsidR="00DA298C" w:rsidRPr="000C06DB">
        <w:t>ée de conservation des données</w:t>
      </w:r>
    </w:p>
    <w:p w14:paraId="769E494B" w14:textId="5F8268B7" w:rsidR="00213F1F" w:rsidRPr="000C06DB" w:rsidRDefault="00BF191A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  <w:r w:rsidRPr="000C06DB">
        <w:rPr>
          <w:rFonts w:ascii="Arial" w:hAnsi="Arial" w:cs="Arial"/>
          <w:lang w:val="fr-CH"/>
        </w:rPr>
        <w:t>Les informations transmises seront conservées par l'établissement scolaire pendant la durée nécessaire au suivi éducatif</w:t>
      </w:r>
      <w:r w:rsidR="002F2151" w:rsidRPr="000C06DB">
        <w:rPr>
          <w:rFonts w:ascii="Arial" w:hAnsi="Arial" w:cs="Arial"/>
          <w:lang w:val="fr-CH"/>
        </w:rPr>
        <w:t xml:space="preserve"> et pédagogique de votre </w:t>
      </w:r>
      <w:r w:rsidRPr="000C06DB">
        <w:rPr>
          <w:rFonts w:ascii="Arial" w:hAnsi="Arial" w:cs="Arial"/>
          <w:lang w:val="fr-CH"/>
        </w:rPr>
        <w:t>enfant, conformément aux dispositions légales en vigueur.</w:t>
      </w:r>
      <w:r w:rsidR="00DA298C" w:rsidRPr="000C06DB">
        <w:rPr>
          <w:rFonts w:ascii="Arial" w:hAnsi="Arial" w:cs="Arial"/>
          <w:lang w:val="fr-CH"/>
        </w:rPr>
        <w:t xml:space="preserve"> Elles seront ensuite supprimées. </w:t>
      </w:r>
    </w:p>
    <w:p w14:paraId="53BDAA0A" w14:textId="4F2E2162" w:rsidR="00213F1F" w:rsidRPr="000C06DB" w:rsidRDefault="00213F1F" w:rsidP="00213F1F">
      <w:pPr>
        <w:pStyle w:val="Titre2"/>
        <w:keepNext/>
      </w:pPr>
      <w:r w:rsidRPr="000C06DB">
        <w:t>Droits des parents/détenteurs de l’autorité parentale</w:t>
      </w:r>
    </w:p>
    <w:p w14:paraId="2E312092" w14:textId="116E223E" w:rsidR="00213F1F" w:rsidRPr="000C06DB" w:rsidRDefault="00213F1F" w:rsidP="00A2731D">
      <w:pPr>
        <w:keepNext/>
        <w:spacing w:after="0" w:line="240" w:lineRule="auto"/>
        <w:jc w:val="both"/>
        <w:rPr>
          <w:rFonts w:ascii="Arial" w:hAnsi="Arial" w:cs="Arial"/>
          <w:lang w:val="fr-CH"/>
        </w:rPr>
      </w:pPr>
      <w:r w:rsidRPr="000C06DB">
        <w:rPr>
          <w:rFonts w:ascii="Arial" w:hAnsi="Arial" w:cs="Arial"/>
          <w:lang w:val="fr-CH"/>
        </w:rPr>
        <w:t xml:space="preserve">Vous avez le droit de retirer ou modifier votre consentement à tout moment, par écrit ou </w:t>
      </w:r>
      <w:r w:rsidR="00131C44" w:rsidRPr="000C06DB">
        <w:rPr>
          <w:rFonts w:ascii="Arial" w:hAnsi="Arial" w:cs="Arial"/>
          <w:lang w:val="fr-CH"/>
        </w:rPr>
        <w:t>oralement</w:t>
      </w:r>
      <w:r w:rsidRPr="000C06DB">
        <w:rPr>
          <w:rFonts w:ascii="Arial" w:hAnsi="Arial" w:cs="Arial"/>
          <w:lang w:val="fr-CH"/>
        </w:rPr>
        <w:t xml:space="preserve">, sans préjudice pour votre enfant. </w:t>
      </w:r>
    </w:p>
    <w:p w14:paraId="2DBB39D6" w14:textId="10FFDBC7" w:rsidR="00131C44" w:rsidRDefault="00213F1F" w:rsidP="00A2731D">
      <w:pPr>
        <w:spacing w:after="120" w:line="240" w:lineRule="auto"/>
        <w:jc w:val="both"/>
        <w:rPr>
          <w:rFonts w:ascii="Arial" w:hAnsi="Arial" w:cs="Arial"/>
          <w:lang w:val="fr-CH"/>
        </w:rPr>
      </w:pPr>
      <w:r w:rsidRPr="000C06DB">
        <w:rPr>
          <w:rFonts w:ascii="Arial" w:hAnsi="Arial" w:cs="Arial"/>
          <w:lang w:val="fr-CH"/>
        </w:rPr>
        <w:t>Vous pouvez accéder</w:t>
      </w:r>
      <w:r w:rsidR="00131C44" w:rsidRPr="000C06DB">
        <w:rPr>
          <w:rFonts w:ascii="Arial" w:hAnsi="Arial" w:cs="Arial"/>
          <w:lang w:val="fr-CH"/>
        </w:rPr>
        <w:t xml:space="preserve"> en tout temps</w:t>
      </w:r>
      <w:r w:rsidRPr="000C06DB">
        <w:rPr>
          <w:rFonts w:ascii="Arial" w:hAnsi="Arial" w:cs="Arial"/>
          <w:lang w:val="fr-CH"/>
        </w:rPr>
        <w:t xml:space="preserve"> aux informations transmises, demander leur rectification ou leur suppression, dans le respect des dispositions légales.</w:t>
      </w:r>
    </w:p>
    <w:p w14:paraId="140CF83B" w14:textId="77777777" w:rsidR="002F46E2" w:rsidRPr="000C06DB" w:rsidRDefault="002F46E2" w:rsidP="002F46E2">
      <w:pPr>
        <w:pStyle w:val="Titre2"/>
      </w:pPr>
      <w:r w:rsidRPr="000C06DB">
        <w:t>Base légale</w:t>
      </w:r>
    </w:p>
    <w:p w14:paraId="690F8923" w14:textId="7C89FCC4" w:rsidR="00BE0803" w:rsidRDefault="002F46E2" w:rsidP="002F46E2">
      <w:pPr>
        <w:spacing w:after="0" w:line="240" w:lineRule="auto"/>
        <w:rPr>
          <w:rFonts w:ascii="Arial" w:hAnsi="Arial" w:cs="Arial"/>
          <w:bCs/>
          <w:lang w:val="fr-CH"/>
        </w:rPr>
      </w:pPr>
      <w:r w:rsidRPr="000C06DB">
        <w:rPr>
          <w:rFonts w:ascii="Arial" w:hAnsi="Arial" w:cs="Arial"/>
          <w:bCs/>
          <w:lang w:val="fr-CH"/>
        </w:rPr>
        <w:t>Convention intercantonale des 8 et 9 mai 2012 relative à la protection des données et à la transparence dans les cantons du Jura et de Neuchâtel (CPDT-JUNE).</w:t>
      </w:r>
    </w:p>
    <w:p w14:paraId="54B2E855" w14:textId="77777777" w:rsidR="00BE0803" w:rsidRDefault="00BE0803">
      <w:pPr>
        <w:rPr>
          <w:rFonts w:ascii="Arial" w:hAnsi="Arial" w:cs="Arial"/>
          <w:bCs/>
          <w:lang w:val="fr-CH"/>
        </w:rPr>
      </w:pPr>
      <w:r>
        <w:rPr>
          <w:rFonts w:ascii="Arial" w:hAnsi="Arial" w:cs="Arial"/>
          <w:bCs/>
          <w:lang w:val="fr-CH"/>
        </w:rPr>
        <w:br w:type="page"/>
      </w:r>
    </w:p>
    <w:p w14:paraId="2E5F2404" w14:textId="37C9E376" w:rsidR="006C3570" w:rsidRPr="00735017" w:rsidRDefault="006C3570" w:rsidP="00E25301">
      <w:pPr>
        <w:pStyle w:val="Sous-titre"/>
      </w:pPr>
      <w:r w:rsidRPr="00735017">
        <w:lastRenderedPageBreak/>
        <w:t>DONNEES TRANSMISES</w:t>
      </w:r>
    </w:p>
    <w:p w14:paraId="74548C05" w14:textId="35AC4EFE" w:rsidR="00131C44" w:rsidRPr="000C06DB" w:rsidRDefault="00131C44" w:rsidP="008573F8">
      <w:pPr>
        <w:pStyle w:val="Titre2"/>
        <w:spacing w:before="0"/>
      </w:pPr>
      <w:r w:rsidRPr="000C06DB">
        <w:t>Informations sur l'enfant</w:t>
      </w:r>
    </w:p>
    <w:p w14:paraId="6A8C9D24" w14:textId="3B1C5E00" w:rsidR="00131C44" w:rsidRPr="000C06DB" w:rsidRDefault="00131C44" w:rsidP="001317FB">
      <w:pPr>
        <w:pStyle w:val="Paragraphedeliste"/>
        <w:numPr>
          <w:ilvl w:val="0"/>
          <w:numId w:val="11"/>
        </w:numPr>
        <w:spacing w:before="120" w:after="120" w:line="240" w:lineRule="auto"/>
        <w:ind w:left="714" w:hanging="357"/>
        <w:contextualSpacing w:val="0"/>
        <w:rPr>
          <w:rFonts w:ascii="Arial" w:hAnsi="Arial" w:cs="Arial"/>
          <w:lang w:val="fr-CH"/>
        </w:rPr>
      </w:pPr>
      <w:r w:rsidRPr="00AC7BAC">
        <w:rPr>
          <w:rFonts w:ascii="Arial" w:hAnsi="Arial" w:cs="Arial"/>
          <w:b/>
          <w:lang w:val="fr-CH"/>
        </w:rPr>
        <w:t>Nom et prénom</w:t>
      </w:r>
      <w:r w:rsidR="001317FB">
        <w:rPr>
          <w:rFonts w:ascii="Arial" w:hAnsi="Arial" w:cs="Arial"/>
          <w:b/>
          <w:lang w:val="fr-CH"/>
        </w:rPr>
        <w:t> </w:t>
      </w:r>
      <w:r w:rsidR="001317FB">
        <w:rPr>
          <w:rFonts w:ascii="Arial" w:hAnsi="Arial" w:cs="Arial"/>
          <w:lang w:val="fr-CH"/>
        </w:rPr>
        <w:t>:</w:t>
      </w:r>
      <w:r w:rsidR="008225AC">
        <w:rPr>
          <w:rFonts w:ascii="Arial" w:hAnsi="Arial" w:cs="Arial"/>
          <w:lang w:val="fr-CH"/>
        </w:rPr>
        <w:t> ………………………………………………………………………</w:t>
      </w:r>
      <w:r w:rsidR="004B42E0">
        <w:rPr>
          <w:rFonts w:ascii="Arial" w:hAnsi="Arial" w:cs="Arial"/>
          <w:lang w:val="fr-CH"/>
        </w:rPr>
        <w:t>….</w:t>
      </w:r>
    </w:p>
    <w:p w14:paraId="2F755BB3" w14:textId="54A2824D" w:rsidR="00131C44" w:rsidRPr="000C06DB" w:rsidRDefault="00131C44" w:rsidP="001317FB">
      <w:pPr>
        <w:pStyle w:val="Paragraphedeliste"/>
        <w:numPr>
          <w:ilvl w:val="0"/>
          <w:numId w:val="11"/>
        </w:numPr>
        <w:spacing w:before="120" w:after="120" w:line="240" w:lineRule="auto"/>
        <w:ind w:left="714" w:hanging="357"/>
        <w:contextualSpacing w:val="0"/>
        <w:rPr>
          <w:rFonts w:ascii="Arial" w:hAnsi="Arial" w:cs="Arial"/>
          <w:lang w:val="fr-CH"/>
        </w:rPr>
      </w:pPr>
      <w:r w:rsidRPr="00AC7BAC">
        <w:rPr>
          <w:rFonts w:ascii="Arial" w:hAnsi="Arial" w:cs="Arial"/>
          <w:b/>
          <w:lang w:val="fr-CH"/>
        </w:rPr>
        <w:t>Date de naissance</w:t>
      </w:r>
      <w:r w:rsidR="004B42E0">
        <w:rPr>
          <w:rFonts w:ascii="Arial" w:hAnsi="Arial" w:cs="Arial"/>
          <w:b/>
          <w:lang w:val="fr-CH"/>
        </w:rPr>
        <w:t xml:space="preserve"> </w:t>
      </w:r>
      <w:r w:rsidR="004B42E0" w:rsidRPr="004B42E0">
        <w:rPr>
          <w:rFonts w:ascii="Arial" w:hAnsi="Arial" w:cs="Arial"/>
          <w:bCs/>
          <w:lang w:val="fr-CH"/>
        </w:rPr>
        <w:t>:</w:t>
      </w:r>
      <w:r w:rsidR="004B42E0">
        <w:rPr>
          <w:rFonts w:ascii="Arial" w:hAnsi="Arial" w:cs="Arial"/>
          <w:b/>
          <w:lang w:val="fr-CH"/>
        </w:rPr>
        <w:t xml:space="preserve"> </w:t>
      </w:r>
      <w:r w:rsidR="004B42E0" w:rsidRPr="004B42E0">
        <w:rPr>
          <w:rFonts w:ascii="Arial" w:hAnsi="Arial" w:cs="Arial"/>
          <w:bCs/>
          <w:lang w:val="fr-CH"/>
        </w:rPr>
        <w:t>…</w:t>
      </w:r>
      <w:r w:rsidR="008225AC" w:rsidRPr="004B42E0">
        <w:rPr>
          <w:rFonts w:ascii="Arial" w:hAnsi="Arial" w:cs="Arial"/>
          <w:bCs/>
          <w:lang w:val="fr-CH"/>
        </w:rPr>
        <w:t>…</w:t>
      </w:r>
      <w:r w:rsidR="008225AC">
        <w:rPr>
          <w:rFonts w:ascii="Arial" w:hAnsi="Arial" w:cs="Arial"/>
          <w:lang w:val="fr-CH"/>
        </w:rPr>
        <w:t>…………………………………</w:t>
      </w:r>
      <w:r w:rsidR="004B42E0">
        <w:rPr>
          <w:rFonts w:ascii="Arial" w:hAnsi="Arial" w:cs="Arial"/>
          <w:lang w:val="fr-CH"/>
        </w:rPr>
        <w:t>……………………………...</w:t>
      </w:r>
    </w:p>
    <w:p w14:paraId="2A04958D" w14:textId="0BA7EFD7" w:rsidR="00EB3ED3" w:rsidRPr="000C06DB" w:rsidRDefault="00EB3ED3" w:rsidP="001317FB">
      <w:pPr>
        <w:pStyle w:val="Paragraphedeliste"/>
        <w:numPr>
          <w:ilvl w:val="0"/>
          <w:numId w:val="11"/>
        </w:numPr>
        <w:spacing w:before="120" w:after="120" w:line="240" w:lineRule="auto"/>
        <w:ind w:left="714" w:hanging="357"/>
        <w:contextualSpacing w:val="0"/>
        <w:rPr>
          <w:rFonts w:ascii="Arial" w:hAnsi="Arial" w:cs="Arial"/>
          <w:lang w:val="fr-CH"/>
        </w:rPr>
      </w:pPr>
      <w:r w:rsidRPr="00AC7BAC">
        <w:rPr>
          <w:rFonts w:ascii="Arial" w:hAnsi="Arial" w:cs="Arial"/>
          <w:b/>
          <w:lang w:val="fr-CH"/>
        </w:rPr>
        <w:t>Structure d’accueil</w:t>
      </w:r>
      <w:r w:rsidR="0085160B">
        <w:rPr>
          <w:rFonts w:ascii="Arial" w:hAnsi="Arial" w:cs="Arial"/>
          <w:b/>
          <w:lang w:val="fr-CH"/>
        </w:rPr>
        <w:t xml:space="preserve"> extrafamilial</w:t>
      </w:r>
      <w:r w:rsidR="004B42E0" w:rsidRPr="000C06DB">
        <w:rPr>
          <w:rFonts w:ascii="Arial" w:hAnsi="Arial" w:cs="Arial"/>
          <w:lang w:val="fr-CH"/>
        </w:rPr>
        <w:t xml:space="preserve"> :</w:t>
      </w:r>
      <w:r w:rsidR="004B42E0">
        <w:rPr>
          <w:rFonts w:ascii="Arial" w:hAnsi="Arial" w:cs="Arial"/>
          <w:lang w:val="fr-CH"/>
        </w:rPr>
        <w:t xml:space="preserve"> …</w:t>
      </w:r>
      <w:r w:rsidR="008225AC">
        <w:rPr>
          <w:rFonts w:ascii="Arial" w:hAnsi="Arial" w:cs="Arial"/>
          <w:lang w:val="fr-CH"/>
        </w:rPr>
        <w:t>……………………………………………</w:t>
      </w:r>
      <w:r w:rsidR="004B42E0">
        <w:rPr>
          <w:rFonts w:ascii="Arial" w:hAnsi="Arial" w:cs="Arial"/>
          <w:lang w:val="fr-CH"/>
        </w:rPr>
        <w:t>…….</w:t>
      </w:r>
    </w:p>
    <w:p w14:paraId="0708C220" w14:textId="5FA2BA33" w:rsidR="00EB3ED3" w:rsidRPr="000C06DB" w:rsidRDefault="00EB3ED3" w:rsidP="001317FB">
      <w:pPr>
        <w:pStyle w:val="Paragraphedeliste"/>
        <w:numPr>
          <w:ilvl w:val="0"/>
          <w:numId w:val="11"/>
        </w:numPr>
        <w:spacing w:before="120" w:after="120" w:line="240" w:lineRule="auto"/>
        <w:ind w:left="714" w:hanging="357"/>
        <w:contextualSpacing w:val="0"/>
        <w:rPr>
          <w:rFonts w:ascii="Arial" w:hAnsi="Arial" w:cs="Arial"/>
          <w:lang w:val="fr-CH"/>
        </w:rPr>
      </w:pPr>
      <w:r w:rsidRPr="00AC7BAC">
        <w:rPr>
          <w:rFonts w:ascii="Arial" w:hAnsi="Arial" w:cs="Arial"/>
          <w:b/>
          <w:lang w:val="fr-CH"/>
        </w:rPr>
        <w:t>Etablissement scolaire</w:t>
      </w:r>
      <w:r w:rsidR="004B42E0" w:rsidRPr="000C06DB">
        <w:rPr>
          <w:rFonts w:ascii="Arial" w:hAnsi="Arial" w:cs="Arial"/>
          <w:lang w:val="fr-CH"/>
        </w:rPr>
        <w:t xml:space="preserve"> :</w:t>
      </w:r>
      <w:r w:rsidR="004B42E0">
        <w:rPr>
          <w:rFonts w:ascii="Arial" w:hAnsi="Arial" w:cs="Arial"/>
          <w:lang w:val="fr-CH"/>
        </w:rPr>
        <w:t xml:space="preserve"> …</w:t>
      </w:r>
      <w:r w:rsidR="008225AC">
        <w:rPr>
          <w:rFonts w:ascii="Arial" w:hAnsi="Arial" w:cs="Arial"/>
          <w:lang w:val="fr-CH"/>
        </w:rPr>
        <w:t>………………………………………………………</w:t>
      </w:r>
      <w:r w:rsidR="004B42E0">
        <w:rPr>
          <w:rFonts w:ascii="Arial" w:hAnsi="Arial" w:cs="Arial"/>
          <w:lang w:val="fr-CH"/>
        </w:rPr>
        <w:t>…….</w:t>
      </w:r>
    </w:p>
    <w:p w14:paraId="338586DE" w14:textId="77777777" w:rsidR="004D22E7" w:rsidRPr="004D22E7" w:rsidRDefault="008B6E15" w:rsidP="00C65D6A">
      <w:pPr>
        <w:pStyle w:val="Paragraphedeliste"/>
        <w:numPr>
          <w:ilvl w:val="0"/>
          <w:numId w:val="12"/>
        </w:numPr>
        <w:spacing w:before="120" w:after="120" w:line="240" w:lineRule="auto"/>
        <w:ind w:left="714" w:hanging="357"/>
        <w:contextualSpacing w:val="0"/>
        <w:jc w:val="both"/>
        <w:rPr>
          <w:rFonts w:ascii="Arial" w:hAnsi="Arial" w:cs="Arial"/>
          <w:b/>
          <w:lang w:val="fr-CH"/>
        </w:rPr>
      </w:pPr>
      <w:r w:rsidRPr="00C65D6A">
        <w:rPr>
          <w:rFonts w:ascii="Arial" w:hAnsi="Arial" w:cs="Arial"/>
          <w:b/>
          <w:lang w:val="fr-CH"/>
        </w:rPr>
        <w:t>Information</w:t>
      </w:r>
      <w:r w:rsidR="003243ED" w:rsidRPr="00C65D6A">
        <w:rPr>
          <w:rFonts w:ascii="Arial" w:hAnsi="Arial" w:cs="Arial"/>
          <w:b/>
          <w:lang w:val="fr-CH"/>
        </w:rPr>
        <w:t>s</w:t>
      </w:r>
      <w:r w:rsidRPr="00100B87">
        <w:rPr>
          <w:rFonts w:ascii="Arial" w:hAnsi="Arial" w:cs="Arial"/>
          <w:b/>
          <w:lang w:val="fr-CH"/>
        </w:rPr>
        <w:t xml:space="preserve"> sur les besoins de l’enfant</w:t>
      </w:r>
      <w:r w:rsidR="00771CA8">
        <w:rPr>
          <w:rFonts w:ascii="Arial" w:hAnsi="Arial" w:cs="Arial"/>
          <w:b/>
          <w:lang w:val="fr-CH"/>
        </w:rPr>
        <w:t xml:space="preserve"> </w:t>
      </w:r>
      <w:r w:rsidR="00E25301" w:rsidRPr="002F46E2">
        <w:rPr>
          <w:rFonts w:ascii="Arial" w:hAnsi="Arial" w:cs="Arial"/>
          <w:lang w:val="fr-CH"/>
        </w:rPr>
        <w:t>:</w:t>
      </w:r>
      <w:r w:rsidR="003243ED">
        <w:rPr>
          <w:rFonts w:ascii="Arial" w:hAnsi="Arial" w:cs="Arial"/>
          <w:lang w:val="fr-CH"/>
        </w:rPr>
        <w:t xml:space="preserve"> </w:t>
      </w:r>
    </w:p>
    <w:p w14:paraId="5994FFFA" w14:textId="0556205F" w:rsidR="00C65D6A" w:rsidRDefault="00C65D6A" w:rsidP="00B7490A">
      <w:pPr>
        <w:pStyle w:val="Paragraphedeliste"/>
        <w:spacing w:after="240" w:line="240" w:lineRule="auto"/>
        <w:ind w:left="714"/>
        <w:contextualSpacing w:val="0"/>
        <w:jc w:val="both"/>
        <w:rPr>
          <w:rFonts w:ascii="Arial" w:hAnsi="Arial" w:cs="Arial"/>
          <w:i/>
          <w:iCs/>
          <w:sz w:val="20"/>
          <w:szCs w:val="20"/>
          <w:lang w:val="fr-CH"/>
        </w:rPr>
      </w:pPr>
      <w:r w:rsidRPr="00C65D6A">
        <w:rPr>
          <w:rFonts w:ascii="Arial" w:hAnsi="Arial" w:cs="Arial"/>
          <w:i/>
          <w:iCs/>
          <w:sz w:val="20"/>
          <w:szCs w:val="20"/>
          <w:lang w:val="fr-CH"/>
        </w:rPr>
        <w:t>Seules les informations utiles à l’enseignant·e pour bien préparer l’accueil de l’enfant sont transmises (par exemple : besoins particuliers, modes de communication, habitudes rassurantes</w:t>
      </w:r>
      <w:r>
        <w:rPr>
          <w:rFonts w:ascii="Arial" w:hAnsi="Arial" w:cs="Arial"/>
          <w:i/>
          <w:iCs/>
          <w:sz w:val="20"/>
          <w:szCs w:val="20"/>
          <w:lang w:val="fr-CH"/>
        </w:rPr>
        <w:t>, etc.</w:t>
      </w:r>
      <w:r w:rsidRPr="00C65D6A">
        <w:rPr>
          <w:rFonts w:ascii="Arial" w:hAnsi="Arial" w:cs="Arial"/>
          <w:i/>
          <w:iCs/>
          <w:sz w:val="20"/>
          <w:szCs w:val="20"/>
          <w:lang w:val="fr-CH"/>
        </w:rPr>
        <w:t>).</w:t>
      </w:r>
      <w:r>
        <w:rPr>
          <w:rFonts w:ascii="Arial" w:hAnsi="Arial" w:cs="Arial"/>
          <w:i/>
          <w:iCs/>
          <w:sz w:val="20"/>
          <w:szCs w:val="20"/>
          <w:lang w:val="fr-CH"/>
        </w:rPr>
        <w:t xml:space="preserve"> </w:t>
      </w:r>
      <w:r w:rsidRPr="00C65D6A">
        <w:rPr>
          <w:rFonts w:ascii="Arial" w:hAnsi="Arial" w:cs="Arial"/>
          <w:i/>
          <w:iCs/>
          <w:sz w:val="20"/>
          <w:szCs w:val="20"/>
          <w:lang w:val="fr-CH"/>
        </w:rPr>
        <w:t>Les données non pertinentes pour la prise en charge à l’école ne doivent pa</w:t>
      </w:r>
      <w:r>
        <w:rPr>
          <w:rFonts w:ascii="Arial" w:hAnsi="Arial" w:cs="Arial"/>
          <w:i/>
          <w:iCs/>
          <w:sz w:val="20"/>
          <w:szCs w:val="20"/>
          <w:lang w:val="fr-CH"/>
        </w:rPr>
        <w:t xml:space="preserve">s </w:t>
      </w:r>
      <w:r w:rsidRPr="00C65D6A">
        <w:rPr>
          <w:rFonts w:ascii="Arial" w:hAnsi="Arial" w:cs="Arial"/>
          <w:i/>
          <w:iCs/>
          <w:sz w:val="20"/>
          <w:szCs w:val="20"/>
          <w:lang w:val="fr-CH"/>
        </w:rPr>
        <w:t>être partagées</w:t>
      </w:r>
      <w:r>
        <w:rPr>
          <w:rFonts w:ascii="Arial" w:hAnsi="Arial" w:cs="Arial"/>
          <w:i/>
          <w:iCs/>
          <w:sz w:val="20"/>
          <w:szCs w:val="20"/>
          <w:lang w:val="fr-CH"/>
        </w:rPr>
        <w:t>.</w:t>
      </w:r>
    </w:p>
    <w:p w14:paraId="1A394C3F" w14:textId="68E503F4" w:rsidR="00E25301" w:rsidRPr="004B42E0" w:rsidRDefault="008225AC" w:rsidP="00E25301">
      <w:pPr>
        <w:pStyle w:val="Paragraphedeliste"/>
        <w:spacing w:before="120" w:after="120" w:line="240" w:lineRule="auto"/>
        <w:ind w:left="714"/>
        <w:contextualSpacing w:val="0"/>
        <w:jc w:val="both"/>
        <w:rPr>
          <w:rFonts w:ascii="Arial" w:hAnsi="Arial" w:cs="Arial"/>
          <w:bCs/>
          <w:lang w:val="fr-CH"/>
        </w:rPr>
      </w:pPr>
      <w:r w:rsidRPr="004B42E0">
        <w:rPr>
          <w:rFonts w:ascii="Arial" w:hAnsi="Arial" w:cs="Arial"/>
          <w:bCs/>
          <w:lang w:val="fr-CH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8B40245" w14:textId="28D88723" w:rsidR="00B7490A" w:rsidRDefault="008B6E15" w:rsidP="008B6E15">
      <w:pPr>
        <w:pStyle w:val="Paragraphedeliste"/>
        <w:numPr>
          <w:ilvl w:val="0"/>
          <w:numId w:val="12"/>
        </w:numPr>
        <w:spacing w:before="120" w:after="120" w:line="240" w:lineRule="auto"/>
        <w:ind w:left="714" w:hanging="357"/>
        <w:contextualSpacing w:val="0"/>
        <w:jc w:val="both"/>
        <w:rPr>
          <w:rFonts w:ascii="Arial" w:hAnsi="Arial" w:cs="Arial"/>
          <w:b/>
          <w:lang w:val="fr-CH"/>
        </w:rPr>
      </w:pPr>
      <w:r w:rsidRPr="00C65D6A">
        <w:rPr>
          <w:rFonts w:ascii="Arial" w:hAnsi="Arial" w:cs="Arial"/>
          <w:b/>
          <w:lang w:val="fr-CH"/>
        </w:rPr>
        <w:t>Information</w:t>
      </w:r>
      <w:r w:rsidR="003243ED" w:rsidRPr="00C65D6A">
        <w:rPr>
          <w:rFonts w:ascii="Arial" w:hAnsi="Arial" w:cs="Arial"/>
          <w:b/>
          <w:lang w:val="fr-CH"/>
        </w:rPr>
        <w:t>s</w:t>
      </w:r>
      <w:r w:rsidR="00BE0803">
        <w:rPr>
          <w:rFonts w:ascii="Arial" w:hAnsi="Arial" w:cs="Arial"/>
          <w:b/>
          <w:lang w:val="fr-CH"/>
        </w:rPr>
        <w:t xml:space="preserve"> éventuelles</w:t>
      </w:r>
      <w:r w:rsidRPr="008B6E15">
        <w:rPr>
          <w:rFonts w:ascii="Arial" w:hAnsi="Arial" w:cs="Arial"/>
          <w:b/>
          <w:lang w:val="fr-CH"/>
        </w:rPr>
        <w:t xml:space="preserve"> sur les prérequis</w:t>
      </w:r>
      <w:r w:rsidR="00E25301">
        <w:rPr>
          <w:rFonts w:ascii="Arial" w:hAnsi="Arial" w:cs="Arial"/>
          <w:b/>
          <w:lang w:val="fr-CH"/>
        </w:rPr>
        <w:t> </w:t>
      </w:r>
    </w:p>
    <w:p w14:paraId="486D2739" w14:textId="4421BF50" w:rsidR="008B6E15" w:rsidRPr="00B7490A" w:rsidRDefault="00BE0803" w:rsidP="00B7490A">
      <w:pPr>
        <w:pStyle w:val="Paragraphedeliste"/>
        <w:spacing w:before="120" w:after="120" w:line="240" w:lineRule="auto"/>
        <w:ind w:left="714"/>
        <w:contextualSpacing w:val="0"/>
        <w:jc w:val="both"/>
        <w:rPr>
          <w:rFonts w:ascii="Arial" w:hAnsi="Arial" w:cs="Arial"/>
          <w:b/>
          <w:sz w:val="20"/>
          <w:szCs w:val="20"/>
          <w:lang w:val="fr-CH"/>
        </w:rPr>
      </w:pPr>
      <w:r>
        <w:rPr>
          <w:rFonts w:ascii="Arial" w:hAnsi="Arial" w:cs="Arial"/>
          <w:i/>
          <w:iCs/>
          <w:sz w:val="20"/>
          <w:szCs w:val="20"/>
          <w:lang w:val="fr-CH"/>
        </w:rPr>
        <w:t>Pour rappel, les prérequis sont : ê</w:t>
      </w:r>
      <w:r w:rsidR="00B7490A" w:rsidRPr="00B7490A">
        <w:rPr>
          <w:rFonts w:ascii="Arial" w:hAnsi="Arial" w:cs="Arial"/>
          <w:i/>
          <w:iCs/>
          <w:sz w:val="20"/>
          <w:szCs w:val="20"/>
          <w:lang w:val="fr-CH"/>
        </w:rPr>
        <w:t>tre</w:t>
      </w:r>
      <w:r w:rsidR="00C65D6A" w:rsidRPr="00B7490A">
        <w:rPr>
          <w:rFonts w:ascii="Arial" w:hAnsi="Arial" w:cs="Arial"/>
          <w:i/>
          <w:iCs/>
          <w:sz w:val="20"/>
          <w:szCs w:val="20"/>
          <w:lang w:val="fr-CH"/>
        </w:rPr>
        <w:t xml:space="preserve"> propre et aller seul-e aux toilettes</w:t>
      </w:r>
      <w:r>
        <w:rPr>
          <w:rFonts w:ascii="Arial" w:hAnsi="Arial" w:cs="Arial"/>
          <w:i/>
          <w:iCs/>
          <w:sz w:val="20"/>
          <w:szCs w:val="20"/>
          <w:lang w:val="fr-CH"/>
        </w:rPr>
        <w:t> ;</w:t>
      </w:r>
      <w:r w:rsidR="00C65D6A" w:rsidRPr="00B7490A">
        <w:rPr>
          <w:rFonts w:ascii="Arial" w:hAnsi="Arial" w:cs="Arial"/>
          <w:i/>
          <w:iCs/>
          <w:sz w:val="20"/>
          <w:szCs w:val="20"/>
          <w:lang w:val="fr-CH"/>
        </w:rPr>
        <w:t xml:space="preserve"> savoir se moucher</w:t>
      </w:r>
      <w:r>
        <w:rPr>
          <w:rFonts w:ascii="Arial" w:hAnsi="Arial" w:cs="Arial"/>
          <w:i/>
          <w:iCs/>
          <w:sz w:val="20"/>
          <w:szCs w:val="20"/>
          <w:lang w:val="fr-CH"/>
        </w:rPr>
        <w:t> ;</w:t>
      </w:r>
      <w:r w:rsidR="00C65D6A" w:rsidRPr="00B7490A">
        <w:rPr>
          <w:rFonts w:ascii="Arial" w:hAnsi="Arial" w:cs="Arial"/>
          <w:i/>
          <w:iCs/>
          <w:sz w:val="20"/>
          <w:szCs w:val="20"/>
          <w:lang w:val="fr-CH"/>
        </w:rPr>
        <w:t xml:space="preserve"> mettre ses chaussures et s’habiller pour la gym</w:t>
      </w:r>
      <w:r>
        <w:rPr>
          <w:rFonts w:ascii="Arial" w:hAnsi="Arial" w:cs="Arial"/>
          <w:i/>
          <w:iCs/>
          <w:sz w:val="20"/>
          <w:szCs w:val="20"/>
          <w:lang w:val="fr-CH"/>
        </w:rPr>
        <w:t> ;</w:t>
      </w:r>
      <w:r w:rsidR="00C65D6A" w:rsidRPr="00B7490A">
        <w:rPr>
          <w:rFonts w:ascii="Arial" w:hAnsi="Arial" w:cs="Arial"/>
          <w:i/>
          <w:iCs/>
          <w:sz w:val="20"/>
          <w:szCs w:val="20"/>
          <w:lang w:val="fr-CH"/>
        </w:rPr>
        <w:t xml:space="preserve"> dire au revoir à sa maman ou à son papa</w:t>
      </w:r>
      <w:r w:rsidR="00B7490A">
        <w:rPr>
          <w:rFonts w:ascii="Arial" w:hAnsi="Arial" w:cs="Arial"/>
          <w:sz w:val="20"/>
          <w:szCs w:val="20"/>
          <w:lang w:val="fr-CH"/>
        </w:rPr>
        <w:t>.</w:t>
      </w:r>
    </w:p>
    <w:p w14:paraId="70EAD2BF" w14:textId="33B870AE" w:rsidR="00E25301" w:rsidRPr="008B6E15" w:rsidRDefault="008225AC" w:rsidP="00E25301">
      <w:pPr>
        <w:pStyle w:val="Paragraphedeliste"/>
        <w:spacing w:before="120" w:after="120" w:line="240" w:lineRule="auto"/>
        <w:ind w:left="714"/>
        <w:contextualSpacing w:val="0"/>
        <w:jc w:val="both"/>
        <w:rPr>
          <w:rFonts w:ascii="Arial" w:hAnsi="Arial" w:cs="Arial"/>
          <w:lang w:val="fr-CH"/>
        </w:rPr>
      </w:pPr>
      <w:r>
        <w:rPr>
          <w:rFonts w:ascii="Arial" w:hAnsi="Arial" w:cs="Arial"/>
          <w:lang w:val="fr-CH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44BB1E7" w14:textId="64DE636B" w:rsidR="00131C44" w:rsidRPr="000C06DB" w:rsidRDefault="008B6E15" w:rsidP="008B6E15">
      <w:pPr>
        <w:pStyle w:val="Titre2"/>
      </w:pPr>
      <w:r>
        <w:t xml:space="preserve">Information </w:t>
      </w:r>
      <w:r w:rsidR="00131C44" w:rsidRPr="000C06DB">
        <w:t>sur le</w:t>
      </w:r>
      <w:r w:rsidR="00435B77">
        <w:t>(</w:t>
      </w:r>
      <w:r w:rsidR="00131C44" w:rsidRPr="000C06DB">
        <w:t>s</w:t>
      </w:r>
      <w:r w:rsidR="00435B77">
        <w:t>)</w:t>
      </w:r>
      <w:r w:rsidR="00131C44" w:rsidRPr="000C06DB">
        <w:t xml:space="preserve"> parent</w:t>
      </w:r>
      <w:r w:rsidR="00435B77">
        <w:t>(</w:t>
      </w:r>
      <w:r w:rsidR="00131C44" w:rsidRPr="000C06DB">
        <w:t>s</w:t>
      </w:r>
      <w:r w:rsidR="00435B77">
        <w:t>)</w:t>
      </w:r>
      <w:r w:rsidR="00131C44" w:rsidRPr="000C06DB">
        <w:t>/détenteur</w:t>
      </w:r>
      <w:r w:rsidR="008225AC">
        <w:t>(s)</w:t>
      </w:r>
      <w:r w:rsidR="00131C44" w:rsidRPr="000C06DB">
        <w:t xml:space="preserve"> de l’autorité parentale</w:t>
      </w:r>
    </w:p>
    <w:p w14:paraId="26F4B686" w14:textId="329348F0" w:rsidR="00131C44" w:rsidRPr="000C06DB" w:rsidRDefault="00131C44" w:rsidP="00131C44">
      <w:pPr>
        <w:pStyle w:val="Paragraphedeliste"/>
        <w:numPr>
          <w:ilvl w:val="0"/>
          <w:numId w:val="12"/>
        </w:numPr>
        <w:spacing w:before="120" w:after="120" w:line="240" w:lineRule="auto"/>
        <w:ind w:left="714" w:hanging="357"/>
        <w:contextualSpacing w:val="0"/>
        <w:jc w:val="both"/>
        <w:rPr>
          <w:rFonts w:ascii="Arial" w:hAnsi="Arial" w:cs="Arial"/>
          <w:lang w:val="fr-CH"/>
        </w:rPr>
      </w:pPr>
      <w:r w:rsidRPr="00AC7BAC">
        <w:rPr>
          <w:rFonts w:ascii="Arial" w:hAnsi="Arial" w:cs="Arial"/>
          <w:b/>
          <w:lang w:val="fr-CH"/>
        </w:rPr>
        <w:t xml:space="preserve">Nom et </w:t>
      </w:r>
      <w:r w:rsidR="004B42E0" w:rsidRPr="00AC7BAC">
        <w:rPr>
          <w:rFonts w:ascii="Arial" w:hAnsi="Arial" w:cs="Arial"/>
          <w:b/>
          <w:lang w:val="fr-CH"/>
        </w:rPr>
        <w:t>prénom</w:t>
      </w:r>
      <w:r w:rsidR="004B42E0" w:rsidRPr="000C06DB">
        <w:rPr>
          <w:rFonts w:ascii="Arial" w:hAnsi="Arial" w:cs="Arial"/>
          <w:lang w:val="fr-CH"/>
        </w:rPr>
        <w:t xml:space="preserve"> :</w:t>
      </w:r>
      <w:r w:rsidR="004B42E0">
        <w:rPr>
          <w:rFonts w:ascii="Arial" w:hAnsi="Arial" w:cs="Arial"/>
          <w:lang w:val="fr-CH"/>
        </w:rPr>
        <w:t xml:space="preserve"> </w:t>
      </w:r>
      <w:r w:rsidR="008225AC">
        <w:rPr>
          <w:rFonts w:ascii="Arial" w:hAnsi="Arial" w:cs="Arial"/>
          <w:lang w:val="fr-CH"/>
        </w:rPr>
        <w:t>……………………………………………………………………</w:t>
      </w:r>
      <w:r w:rsidR="004B42E0">
        <w:rPr>
          <w:rFonts w:ascii="Arial" w:hAnsi="Arial" w:cs="Arial"/>
          <w:lang w:val="fr-CH"/>
        </w:rPr>
        <w:t>……</w:t>
      </w:r>
      <w:r w:rsidR="008225AC">
        <w:rPr>
          <w:rFonts w:ascii="Arial" w:hAnsi="Arial" w:cs="Arial"/>
          <w:lang w:val="fr-CH"/>
        </w:rPr>
        <w:t>.</w:t>
      </w:r>
    </w:p>
    <w:p w14:paraId="150AF0B9" w14:textId="63F1BAD8" w:rsidR="00131C44" w:rsidRPr="000C06DB" w:rsidRDefault="00131C44" w:rsidP="00131C44">
      <w:pPr>
        <w:pStyle w:val="Paragraphedeliste"/>
        <w:numPr>
          <w:ilvl w:val="0"/>
          <w:numId w:val="12"/>
        </w:numPr>
        <w:spacing w:before="120" w:after="120" w:line="240" w:lineRule="auto"/>
        <w:ind w:left="714" w:hanging="357"/>
        <w:contextualSpacing w:val="0"/>
        <w:jc w:val="both"/>
        <w:rPr>
          <w:rFonts w:ascii="Arial" w:hAnsi="Arial" w:cs="Arial"/>
          <w:lang w:val="fr-CH"/>
        </w:rPr>
      </w:pPr>
      <w:r w:rsidRPr="00AC7BAC">
        <w:rPr>
          <w:rFonts w:ascii="Arial" w:hAnsi="Arial" w:cs="Arial"/>
          <w:b/>
          <w:lang w:val="fr-CH"/>
        </w:rPr>
        <w:t xml:space="preserve">Nom et </w:t>
      </w:r>
      <w:r w:rsidR="004B42E0" w:rsidRPr="00AC7BAC">
        <w:rPr>
          <w:rFonts w:ascii="Arial" w:hAnsi="Arial" w:cs="Arial"/>
          <w:b/>
          <w:lang w:val="fr-CH"/>
        </w:rPr>
        <w:t>prénom</w:t>
      </w:r>
      <w:r w:rsidR="004B42E0" w:rsidRPr="000C06DB">
        <w:rPr>
          <w:rFonts w:ascii="Arial" w:hAnsi="Arial" w:cs="Arial"/>
          <w:lang w:val="fr-CH"/>
        </w:rPr>
        <w:t xml:space="preserve"> :</w:t>
      </w:r>
      <w:r w:rsidR="004B42E0">
        <w:rPr>
          <w:rFonts w:ascii="Arial" w:hAnsi="Arial" w:cs="Arial"/>
          <w:lang w:val="fr-CH"/>
        </w:rPr>
        <w:t xml:space="preserve"> </w:t>
      </w:r>
      <w:r w:rsidR="008225AC">
        <w:rPr>
          <w:rFonts w:ascii="Arial" w:hAnsi="Arial" w:cs="Arial"/>
          <w:lang w:val="fr-CH"/>
        </w:rPr>
        <w:t>……………………………………………………………………</w:t>
      </w:r>
      <w:r w:rsidR="004B42E0">
        <w:rPr>
          <w:rFonts w:ascii="Arial" w:hAnsi="Arial" w:cs="Arial"/>
          <w:lang w:val="fr-CH"/>
        </w:rPr>
        <w:t>……</w:t>
      </w:r>
      <w:r w:rsidR="008225AC">
        <w:rPr>
          <w:rFonts w:ascii="Arial" w:hAnsi="Arial" w:cs="Arial"/>
          <w:lang w:val="fr-CH"/>
        </w:rPr>
        <w:t>.</w:t>
      </w:r>
    </w:p>
    <w:p w14:paraId="5FC1ABF7" w14:textId="2EDAEFFD" w:rsidR="00131C44" w:rsidRPr="000C06DB" w:rsidRDefault="00131C44" w:rsidP="00E25301">
      <w:pPr>
        <w:pStyle w:val="Paragraphedeliste"/>
        <w:numPr>
          <w:ilvl w:val="0"/>
          <w:numId w:val="12"/>
        </w:numPr>
        <w:spacing w:before="120" w:after="120" w:line="240" w:lineRule="auto"/>
        <w:ind w:left="714" w:hanging="357"/>
        <w:contextualSpacing w:val="0"/>
        <w:rPr>
          <w:rFonts w:ascii="Arial" w:hAnsi="Arial" w:cs="Arial"/>
          <w:lang w:val="fr-CH"/>
        </w:rPr>
      </w:pPr>
      <w:r w:rsidRPr="00AC7BAC">
        <w:rPr>
          <w:rFonts w:ascii="Arial" w:hAnsi="Arial" w:cs="Arial"/>
          <w:b/>
          <w:lang w:val="fr-CH"/>
        </w:rPr>
        <w:t>Adresse(s)</w:t>
      </w:r>
      <w:r w:rsidRPr="000C06DB">
        <w:rPr>
          <w:rFonts w:ascii="Arial" w:hAnsi="Arial" w:cs="Arial"/>
          <w:lang w:val="fr-CH"/>
        </w:rPr>
        <w:t xml:space="preserve"> : </w:t>
      </w:r>
      <w:r w:rsidR="008225AC">
        <w:rPr>
          <w:rFonts w:ascii="Arial" w:hAnsi="Arial" w:cs="Arial"/>
          <w:lang w:val="fr-CH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23EF1CDE" w14:textId="1154E803" w:rsidR="00131C44" w:rsidRPr="000C06DB" w:rsidRDefault="00131C44" w:rsidP="00E25301">
      <w:pPr>
        <w:pStyle w:val="Paragraphedeliste"/>
        <w:spacing w:before="120" w:after="120" w:line="240" w:lineRule="auto"/>
        <w:ind w:left="714"/>
        <w:contextualSpacing w:val="0"/>
        <w:rPr>
          <w:rFonts w:ascii="Arial" w:hAnsi="Arial" w:cs="Arial"/>
          <w:lang w:val="fr-CH"/>
        </w:rPr>
      </w:pPr>
      <w:r w:rsidRPr="00AC7BAC">
        <w:rPr>
          <w:rFonts w:ascii="Arial" w:hAnsi="Arial" w:cs="Arial"/>
          <w:b/>
          <w:lang w:val="fr-CH"/>
        </w:rPr>
        <w:t>Numéro</w:t>
      </w:r>
      <w:r w:rsidR="00AC7BAC">
        <w:rPr>
          <w:rFonts w:ascii="Arial" w:hAnsi="Arial" w:cs="Arial"/>
          <w:b/>
          <w:lang w:val="fr-CH"/>
        </w:rPr>
        <w:t>(s)</w:t>
      </w:r>
      <w:r w:rsidRPr="00AC7BAC">
        <w:rPr>
          <w:rFonts w:ascii="Arial" w:hAnsi="Arial" w:cs="Arial"/>
          <w:b/>
          <w:lang w:val="fr-CH"/>
        </w:rPr>
        <w:t xml:space="preserve"> de téléphone</w:t>
      </w:r>
      <w:r w:rsidR="00E25301">
        <w:rPr>
          <w:rFonts w:ascii="Arial" w:hAnsi="Arial" w:cs="Arial"/>
          <w:b/>
          <w:lang w:val="fr-CH"/>
        </w:rPr>
        <w:t> </w:t>
      </w:r>
      <w:r w:rsidR="00E25301">
        <w:rPr>
          <w:rFonts w:ascii="Arial" w:hAnsi="Arial" w:cs="Arial"/>
          <w:lang w:val="fr-CH"/>
        </w:rPr>
        <w:t xml:space="preserve">: </w:t>
      </w:r>
      <w:r w:rsidR="008225AC">
        <w:rPr>
          <w:rFonts w:ascii="Arial" w:hAnsi="Arial" w:cs="Arial"/>
          <w:lang w:val="fr-CH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24B8757D" w14:textId="32CD7825" w:rsidR="008225AC" w:rsidRDefault="00131C44" w:rsidP="001C1EB3">
      <w:pPr>
        <w:pStyle w:val="Paragraphedeliste"/>
        <w:numPr>
          <w:ilvl w:val="0"/>
          <w:numId w:val="12"/>
        </w:numPr>
        <w:spacing w:before="120" w:after="120" w:line="240" w:lineRule="auto"/>
        <w:ind w:left="714" w:hanging="357"/>
        <w:contextualSpacing w:val="0"/>
        <w:rPr>
          <w:rFonts w:ascii="Arial" w:hAnsi="Arial" w:cs="Arial"/>
          <w:lang w:val="fr-CH"/>
        </w:rPr>
      </w:pPr>
      <w:r w:rsidRPr="00AC7BAC">
        <w:rPr>
          <w:rFonts w:ascii="Arial" w:hAnsi="Arial" w:cs="Arial"/>
          <w:b/>
          <w:lang w:val="fr-CH"/>
        </w:rPr>
        <w:t>Adresse</w:t>
      </w:r>
      <w:r w:rsidR="00AC7BAC" w:rsidRPr="00AC7BAC">
        <w:rPr>
          <w:rFonts w:ascii="Arial" w:hAnsi="Arial" w:cs="Arial"/>
          <w:b/>
          <w:lang w:val="fr-CH"/>
        </w:rPr>
        <w:t>(s)</w:t>
      </w:r>
      <w:r w:rsidRPr="00AC7BAC">
        <w:rPr>
          <w:rFonts w:ascii="Arial" w:hAnsi="Arial" w:cs="Arial"/>
          <w:b/>
          <w:lang w:val="fr-CH"/>
        </w:rPr>
        <w:t xml:space="preserve"> e-mail</w:t>
      </w:r>
      <w:r w:rsidRPr="000C06DB">
        <w:rPr>
          <w:rFonts w:ascii="Arial" w:hAnsi="Arial" w:cs="Arial"/>
          <w:lang w:val="fr-CH"/>
        </w:rPr>
        <w:t xml:space="preserve"> : </w:t>
      </w:r>
      <w:r w:rsidR="008225AC">
        <w:rPr>
          <w:rFonts w:ascii="Arial" w:hAnsi="Arial" w:cs="Arial"/>
          <w:lang w:val="fr-CH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14:paraId="6DD8D76E" w14:textId="61505275" w:rsidR="00F95E3B" w:rsidRPr="008225AC" w:rsidRDefault="008225AC" w:rsidP="008225AC">
      <w:pPr>
        <w:rPr>
          <w:rFonts w:ascii="Arial" w:hAnsi="Arial" w:cs="Arial"/>
          <w:lang w:val="fr-CH"/>
        </w:rPr>
      </w:pPr>
      <w:r>
        <w:rPr>
          <w:rFonts w:ascii="Arial" w:hAnsi="Arial" w:cs="Arial"/>
          <w:lang w:val="fr-CH"/>
        </w:rPr>
        <w:br w:type="page"/>
      </w:r>
    </w:p>
    <w:p w14:paraId="1ABBBD14" w14:textId="2263A96F" w:rsidR="000A6F86" w:rsidRPr="00F95E3B" w:rsidRDefault="00F95E3B" w:rsidP="00E25301">
      <w:pPr>
        <w:pStyle w:val="Sous-titre"/>
      </w:pPr>
      <w:r w:rsidRPr="00F95E3B">
        <w:lastRenderedPageBreak/>
        <w:t>CONSENTEMENT</w:t>
      </w:r>
    </w:p>
    <w:p w14:paraId="2F516602" w14:textId="5368E807" w:rsidR="000A6F86" w:rsidRDefault="00B05963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  <w:r w:rsidRPr="000C06DB">
        <w:rPr>
          <w:rFonts w:ascii="Arial" w:hAnsi="Arial" w:cs="Arial"/>
          <w:lang w:val="fr-CH"/>
        </w:rPr>
        <w:t>J</w:t>
      </w:r>
      <w:r w:rsidR="001C1EB3" w:rsidRPr="000C06DB">
        <w:rPr>
          <w:rFonts w:ascii="Arial" w:hAnsi="Arial" w:cs="Arial"/>
          <w:lang w:val="fr-CH"/>
        </w:rPr>
        <w:t>e/Nous, soussigné (e-s) autorise/autorisons</w:t>
      </w:r>
      <w:r w:rsidRPr="000C06DB">
        <w:rPr>
          <w:rFonts w:ascii="Arial" w:hAnsi="Arial" w:cs="Arial"/>
          <w:lang w:val="fr-CH"/>
        </w:rPr>
        <w:t xml:space="preserve"> la transmission des </w:t>
      </w:r>
      <w:r w:rsidR="00F95E3B">
        <w:rPr>
          <w:rFonts w:ascii="Arial" w:hAnsi="Arial" w:cs="Arial"/>
          <w:lang w:val="fr-CH"/>
        </w:rPr>
        <w:t>données</w:t>
      </w:r>
      <w:r w:rsidRPr="000C06DB">
        <w:rPr>
          <w:rFonts w:ascii="Arial" w:hAnsi="Arial" w:cs="Arial"/>
          <w:lang w:val="fr-CH"/>
        </w:rPr>
        <w:t xml:space="preserve"> </w:t>
      </w:r>
      <w:r w:rsidR="00F95E3B">
        <w:rPr>
          <w:rFonts w:ascii="Arial" w:hAnsi="Arial" w:cs="Arial"/>
          <w:lang w:val="fr-CH"/>
        </w:rPr>
        <w:t>ci-dessus</w:t>
      </w:r>
      <w:r w:rsidR="001C1EB3" w:rsidRPr="000C06DB">
        <w:rPr>
          <w:rFonts w:ascii="Arial" w:hAnsi="Arial" w:cs="Arial"/>
          <w:lang w:val="fr-CH"/>
        </w:rPr>
        <w:t xml:space="preserve"> concernant mon enfant </w:t>
      </w:r>
      <w:r w:rsidRPr="000C06DB">
        <w:rPr>
          <w:rFonts w:ascii="Arial" w:hAnsi="Arial" w:cs="Arial"/>
          <w:lang w:val="fr-CH"/>
        </w:rPr>
        <w:t>à l'établissement scolaire, confo</w:t>
      </w:r>
      <w:r w:rsidR="008B6E15">
        <w:rPr>
          <w:rFonts w:ascii="Arial" w:hAnsi="Arial" w:cs="Arial"/>
          <w:lang w:val="fr-CH"/>
        </w:rPr>
        <w:t>rmément aux conditions énoncées</w:t>
      </w:r>
      <w:r w:rsidRPr="000C06DB">
        <w:rPr>
          <w:rFonts w:ascii="Arial" w:hAnsi="Arial" w:cs="Arial"/>
          <w:lang w:val="fr-CH"/>
        </w:rPr>
        <w:t>.</w:t>
      </w:r>
    </w:p>
    <w:p w14:paraId="0C0ECFFF" w14:textId="77777777" w:rsidR="00E25301" w:rsidRPr="000C06DB" w:rsidRDefault="00E25301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</w:p>
    <w:p w14:paraId="12360B47" w14:textId="3E5B6062" w:rsidR="001C1EB3" w:rsidRPr="000C06DB" w:rsidRDefault="001C1EB3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</w:p>
    <w:p w14:paraId="528D7547" w14:textId="2712CF16" w:rsidR="001C1EB3" w:rsidRPr="000C06DB" w:rsidRDefault="001C1EB3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  <w:r w:rsidRPr="000C06DB">
        <w:rPr>
          <w:rFonts w:ascii="Arial" w:hAnsi="Arial" w:cs="Arial"/>
          <w:lang w:val="fr-CH"/>
        </w:rPr>
        <w:t xml:space="preserve">Nom, prénom, date et signature : </w:t>
      </w:r>
    </w:p>
    <w:p w14:paraId="179F57EF" w14:textId="77777777" w:rsidR="001C1EB3" w:rsidRPr="000C06DB" w:rsidRDefault="001C1EB3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</w:p>
    <w:p w14:paraId="0A252FB4" w14:textId="470CBE34" w:rsidR="001C1EB3" w:rsidRDefault="001C1EB3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</w:p>
    <w:p w14:paraId="281D7D1A" w14:textId="77777777" w:rsidR="00094EDB" w:rsidRDefault="00094EDB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</w:p>
    <w:p w14:paraId="6ED5A54A" w14:textId="77777777" w:rsidR="00094EDB" w:rsidRDefault="00094EDB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</w:p>
    <w:p w14:paraId="4EE9BA2A" w14:textId="77777777" w:rsidR="00F95E3B" w:rsidRPr="000C06DB" w:rsidRDefault="00F95E3B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</w:p>
    <w:p w14:paraId="72AE62D7" w14:textId="77777777" w:rsidR="001C1EB3" w:rsidRPr="000C06DB" w:rsidRDefault="001C1EB3" w:rsidP="001C1EB3">
      <w:pPr>
        <w:spacing w:after="0" w:line="240" w:lineRule="auto"/>
        <w:jc w:val="both"/>
        <w:rPr>
          <w:rFonts w:ascii="Arial" w:hAnsi="Arial" w:cs="Arial"/>
          <w:lang w:val="fr-CH"/>
        </w:rPr>
      </w:pPr>
      <w:r w:rsidRPr="000C06DB">
        <w:rPr>
          <w:rFonts w:ascii="Arial" w:hAnsi="Arial" w:cs="Arial"/>
          <w:lang w:val="fr-CH"/>
        </w:rPr>
        <w:t xml:space="preserve">Nom, prénom, date et signature : </w:t>
      </w:r>
    </w:p>
    <w:p w14:paraId="24DF508A" w14:textId="77777777" w:rsidR="00094EDB" w:rsidRDefault="00094EDB" w:rsidP="00094EDB">
      <w:pPr>
        <w:spacing w:after="0"/>
        <w:rPr>
          <w:lang w:val="fr-CH"/>
        </w:rPr>
      </w:pPr>
    </w:p>
    <w:p w14:paraId="7F38B8AA" w14:textId="77777777" w:rsidR="00094EDB" w:rsidRDefault="00094EDB" w:rsidP="00094EDB">
      <w:pPr>
        <w:spacing w:after="0"/>
        <w:rPr>
          <w:lang w:val="fr-CH"/>
        </w:rPr>
      </w:pPr>
    </w:p>
    <w:p w14:paraId="3B7C055A" w14:textId="77777777" w:rsidR="00094EDB" w:rsidRDefault="00094EDB" w:rsidP="00094EDB">
      <w:pPr>
        <w:spacing w:after="0"/>
        <w:rPr>
          <w:lang w:val="fr-CH"/>
        </w:rPr>
      </w:pPr>
    </w:p>
    <w:p w14:paraId="5D0B92FB" w14:textId="77777777" w:rsidR="00094EDB" w:rsidRPr="00094EDB" w:rsidRDefault="00094EDB" w:rsidP="00094EDB">
      <w:pPr>
        <w:spacing w:after="0"/>
        <w:rPr>
          <w:lang w:val="fr-CH"/>
        </w:rPr>
      </w:pPr>
    </w:p>
    <w:p w14:paraId="7A52B923" w14:textId="77777777" w:rsidR="00F95E3B" w:rsidRDefault="00F95E3B" w:rsidP="00F95E3B">
      <w:pPr>
        <w:rPr>
          <w:lang w:val="fr-CH"/>
        </w:rPr>
      </w:pPr>
    </w:p>
    <w:p w14:paraId="2DC1D0DB" w14:textId="77777777" w:rsidR="001317FB" w:rsidRDefault="001317FB" w:rsidP="00F95E3B">
      <w:pPr>
        <w:rPr>
          <w:lang w:val="fr-CH"/>
        </w:rPr>
      </w:pPr>
    </w:p>
    <w:p w14:paraId="7239B31C" w14:textId="77777777" w:rsidR="001317FB" w:rsidRDefault="001317FB" w:rsidP="00F95E3B">
      <w:pPr>
        <w:rPr>
          <w:lang w:val="fr-CH"/>
        </w:rPr>
      </w:pPr>
    </w:p>
    <w:p w14:paraId="4F979386" w14:textId="77777777" w:rsidR="001317FB" w:rsidRDefault="001317FB" w:rsidP="00F95E3B">
      <w:pPr>
        <w:rPr>
          <w:lang w:val="fr-CH"/>
        </w:rPr>
      </w:pPr>
    </w:p>
    <w:p w14:paraId="6BCF42AB" w14:textId="77777777" w:rsidR="001317FB" w:rsidRDefault="001317FB" w:rsidP="00F95E3B">
      <w:pPr>
        <w:rPr>
          <w:lang w:val="fr-CH"/>
        </w:rPr>
      </w:pPr>
    </w:p>
    <w:p w14:paraId="17CCBC91" w14:textId="77777777" w:rsidR="001317FB" w:rsidRDefault="001317FB" w:rsidP="00F95E3B">
      <w:pPr>
        <w:rPr>
          <w:lang w:val="fr-CH"/>
        </w:rPr>
      </w:pPr>
    </w:p>
    <w:p w14:paraId="2C74675A" w14:textId="77777777" w:rsidR="001317FB" w:rsidRDefault="001317FB" w:rsidP="00F95E3B">
      <w:pPr>
        <w:rPr>
          <w:lang w:val="fr-CH"/>
        </w:rPr>
      </w:pPr>
    </w:p>
    <w:p w14:paraId="0A4E7452" w14:textId="77777777" w:rsidR="001317FB" w:rsidRDefault="001317FB" w:rsidP="00F95E3B">
      <w:pPr>
        <w:rPr>
          <w:lang w:val="fr-CH"/>
        </w:rPr>
      </w:pPr>
    </w:p>
    <w:p w14:paraId="36D3AC70" w14:textId="77777777" w:rsidR="001317FB" w:rsidRDefault="001317FB" w:rsidP="00F95E3B">
      <w:pPr>
        <w:rPr>
          <w:lang w:val="fr-CH"/>
        </w:rPr>
      </w:pPr>
    </w:p>
    <w:p w14:paraId="00333D53" w14:textId="77777777" w:rsidR="001317FB" w:rsidRDefault="001317FB" w:rsidP="00F95E3B">
      <w:pPr>
        <w:rPr>
          <w:lang w:val="fr-CH"/>
        </w:rPr>
      </w:pPr>
    </w:p>
    <w:p w14:paraId="2C919B9D" w14:textId="77777777" w:rsidR="001317FB" w:rsidRDefault="001317FB" w:rsidP="00F95E3B">
      <w:pPr>
        <w:rPr>
          <w:lang w:val="fr-CH"/>
        </w:rPr>
      </w:pPr>
    </w:p>
    <w:p w14:paraId="649CDC0E" w14:textId="77777777" w:rsidR="001317FB" w:rsidRDefault="001317FB" w:rsidP="00F95E3B">
      <w:pPr>
        <w:rPr>
          <w:lang w:val="fr-CH"/>
        </w:rPr>
      </w:pPr>
    </w:p>
    <w:p w14:paraId="3963BB3C" w14:textId="77777777" w:rsidR="00BE0803" w:rsidRPr="00F95E3B" w:rsidRDefault="00BE0803" w:rsidP="00F95E3B">
      <w:pPr>
        <w:rPr>
          <w:lang w:val="fr-CH"/>
        </w:rPr>
      </w:pPr>
    </w:p>
    <w:p w14:paraId="1BE16218" w14:textId="382E59C1" w:rsidR="000A6F86" w:rsidRPr="00F95E3B" w:rsidRDefault="00B05963" w:rsidP="00F95E3B">
      <w:pPr>
        <w:pStyle w:val="Titre2"/>
        <w:spacing w:before="0"/>
        <w:rPr>
          <w:i/>
          <w:sz w:val="20"/>
        </w:rPr>
      </w:pPr>
      <w:r w:rsidRPr="00F95E3B">
        <w:rPr>
          <w:i/>
          <w:sz w:val="20"/>
        </w:rPr>
        <w:t>Contact</w:t>
      </w:r>
      <w:r w:rsidR="00A2731D">
        <w:rPr>
          <w:i/>
          <w:sz w:val="20"/>
        </w:rPr>
        <w:t>s</w:t>
      </w:r>
      <w:r w:rsidRPr="00F95E3B">
        <w:rPr>
          <w:i/>
          <w:sz w:val="20"/>
        </w:rPr>
        <w:t xml:space="preserve"> pour informations supplémentaires :</w:t>
      </w:r>
    </w:p>
    <w:p w14:paraId="307CE85E" w14:textId="1898B1DF" w:rsidR="000A6F86" w:rsidRDefault="00B05963" w:rsidP="00F95E3B">
      <w:pPr>
        <w:spacing w:after="0" w:line="240" w:lineRule="auto"/>
        <w:jc w:val="both"/>
        <w:rPr>
          <w:rFonts w:ascii="Arial" w:hAnsi="Arial" w:cs="Arial"/>
          <w:iCs/>
          <w:sz w:val="20"/>
          <w:lang w:val="fr-CH"/>
        </w:rPr>
      </w:pPr>
      <w:r w:rsidRPr="00F95E3B">
        <w:rPr>
          <w:rFonts w:ascii="Arial" w:hAnsi="Arial" w:cs="Arial"/>
          <w:i/>
          <w:sz w:val="20"/>
          <w:lang w:val="fr-CH"/>
        </w:rPr>
        <w:t xml:space="preserve">Pour toute question relative à ce consentement ou à la protection des données, vous pouvez contacter le Préposé à la protection des données et à la transparence Jura-Neuchâtel (PPDT) via le site </w:t>
      </w:r>
      <w:hyperlink r:id="rId8" w:history="1">
        <w:r w:rsidR="00F95E3B" w:rsidRPr="00F95E3B">
          <w:rPr>
            <w:rStyle w:val="Lienhypertexte"/>
            <w:rFonts w:ascii="Arial" w:hAnsi="Arial" w:cs="Arial"/>
            <w:i/>
            <w:sz w:val="20"/>
            <w:lang w:val="fr-CH"/>
          </w:rPr>
          <w:t>www.ppdt-june.ch</w:t>
        </w:r>
      </w:hyperlink>
      <w:r w:rsidR="00A2731D">
        <w:rPr>
          <w:rFonts w:ascii="Arial" w:hAnsi="Arial" w:cs="Arial"/>
          <w:iCs/>
          <w:sz w:val="20"/>
          <w:lang w:val="fr-CH"/>
        </w:rPr>
        <w:t>, le Service de l’enseignement (</w:t>
      </w:r>
      <w:hyperlink r:id="rId9" w:history="1">
        <w:r w:rsidR="00A2731D" w:rsidRPr="0062622C">
          <w:rPr>
            <w:rStyle w:val="Lienhypertexte"/>
            <w:rFonts w:ascii="Arial" w:hAnsi="Arial" w:cs="Arial"/>
            <w:iCs/>
            <w:sz w:val="20"/>
            <w:lang w:val="fr-CH"/>
          </w:rPr>
          <w:t>sen@jura.ch</w:t>
        </w:r>
      </w:hyperlink>
      <w:r w:rsidR="00A2731D">
        <w:rPr>
          <w:rFonts w:ascii="Arial" w:hAnsi="Arial" w:cs="Arial"/>
          <w:iCs/>
          <w:sz w:val="20"/>
          <w:lang w:val="fr-CH"/>
        </w:rPr>
        <w:t>) ou le Service de l’action sociale (</w:t>
      </w:r>
      <w:hyperlink r:id="rId10" w:history="1">
        <w:r w:rsidR="00A2731D" w:rsidRPr="0062622C">
          <w:rPr>
            <w:rStyle w:val="Lienhypertexte"/>
            <w:rFonts w:ascii="Arial" w:hAnsi="Arial" w:cs="Arial"/>
            <w:iCs/>
            <w:sz w:val="20"/>
            <w:lang w:val="fr-CH"/>
          </w:rPr>
          <w:t>secr.sas@jura.ch</w:t>
        </w:r>
      </w:hyperlink>
      <w:r w:rsidR="00A2731D">
        <w:rPr>
          <w:rFonts w:ascii="Arial" w:hAnsi="Arial" w:cs="Arial"/>
          <w:iCs/>
          <w:sz w:val="20"/>
          <w:lang w:val="fr-CH"/>
        </w:rPr>
        <w:t>).</w:t>
      </w:r>
    </w:p>
    <w:p w14:paraId="39477B8B" w14:textId="77777777" w:rsidR="003E609B" w:rsidRDefault="003E609B" w:rsidP="00F95E3B">
      <w:pPr>
        <w:spacing w:after="0" w:line="240" w:lineRule="auto"/>
        <w:jc w:val="both"/>
        <w:rPr>
          <w:rFonts w:ascii="Arial" w:hAnsi="Arial" w:cs="Arial"/>
          <w:iCs/>
          <w:sz w:val="20"/>
          <w:lang w:val="fr-CH"/>
        </w:rPr>
      </w:pPr>
    </w:p>
    <w:p w14:paraId="718FBC13" w14:textId="77777777" w:rsidR="003E609B" w:rsidRDefault="003E609B" w:rsidP="00F95E3B">
      <w:pPr>
        <w:spacing w:after="0" w:line="240" w:lineRule="auto"/>
        <w:jc w:val="both"/>
        <w:rPr>
          <w:rFonts w:ascii="Arial" w:hAnsi="Arial" w:cs="Arial"/>
          <w:i/>
          <w:sz w:val="20"/>
          <w:lang w:val="fr-CH"/>
        </w:rPr>
      </w:pPr>
    </w:p>
    <w:p w14:paraId="7849B2BB" w14:textId="2971106C" w:rsidR="003E609B" w:rsidRPr="003E609B" w:rsidRDefault="003E609B" w:rsidP="00F95E3B">
      <w:pPr>
        <w:spacing w:after="0" w:line="240" w:lineRule="auto"/>
        <w:jc w:val="both"/>
        <w:rPr>
          <w:rFonts w:ascii="Arial" w:hAnsi="Arial" w:cs="Arial"/>
          <w:i/>
          <w:sz w:val="20"/>
          <w:lang w:val="fr-CH"/>
        </w:rPr>
      </w:pPr>
      <w:r w:rsidRPr="003E609B">
        <w:rPr>
          <w:rFonts w:ascii="Arial" w:hAnsi="Arial" w:cs="Arial"/>
          <w:i/>
          <w:sz w:val="20"/>
          <w:lang w:val="fr-CH"/>
        </w:rPr>
        <w:t>Version mars 2026</w:t>
      </w:r>
    </w:p>
    <w:sectPr w:rsidR="003E609B" w:rsidRPr="003E609B" w:rsidSect="0085160B"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608" w:bottom="1276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BB9A37" w14:textId="77777777" w:rsidR="00A83FC2" w:rsidRDefault="00A83FC2" w:rsidP="00D1742E">
      <w:pPr>
        <w:spacing w:after="0" w:line="240" w:lineRule="auto"/>
      </w:pPr>
      <w:r>
        <w:separator/>
      </w:r>
    </w:p>
  </w:endnote>
  <w:endnote w:type="continuationSeparator" w:id="0">
    <w:p w14:paraId="5FD97604" w14:textId="77777777" w:rsidR="00A83FC2" w:rsidRDefault="00A83FC2" w:rsidP="00D174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  <w:sz w:val="18"/>
      </w:rPr>
      <w:id w:val="-344553558"/>
      <w:docPartObj>
        <w:docPartGallery w:val="Page Numbers (Bottom of Page)"/>
        <w:docPartUnique/>
      </w:docPartObj>
    </w:sdtPr>
    <w:sdtEndPr/>
    <w:sdtContent>
      <w:p w14:paraId="7207AFDC" w14:textId="77777777" w:rsidR="000C06DB" w:rsidRPr="00AF5F16" w:rsidRDefault="000C06DB" w:rsidP="000C06DB">
        <w:pPr>
          <w:pStyle w:val="Pieddepage"/>
          <w:jc w:val="center"/>
          <w:rPr>
            <w:rFonts w:ascii="Arial" w:hAnsi="Arial" w:cs="Arial"/>
            <w:sz w:val="18"/>
          </w:rPr>
        </w:pPr>
        <w:r w:rsidRPr="00AF5F16">
          <w:rPr>
            <w:rFonts w:ascii="Arial" w:hAnsi="Arial" w:cs="Arial"/>
            <w:sz w:val="18"/>
            <w:lang w:val="fr-FR"/>
          </w:rPr>
          <w:t xml:space="preserve">Page </w:t>
        </w:r>
        <w:r w:rsidRPr="00AF5F16">
          <w:rPr>
            <w:rFonts w:ascii="Arial" w:hAnsi="Arial" w:cs="Arial"/>
            <w:bCs/>
            <w:sz w:val="18"/>
          </w:rPr>
          <w:fldChar w:fldCharType="begin"/>
        </w:r>
        <w:r w:rsidRPr="00AF5F16">
          <w:rPr>
            <w:rFonts w:ascii="Arial" w:hAnsi="Arial" w:cs="Arial"/>
            <w:bCs/>
            <w:sz w:val="18"/>
          </w:rPr>
          <w:instrText>PAGE  \* Arabic  \* MERGEFORMAT</w:instrText>
        </w:r>
        <w:r w:rsidRPr="00AF5F16">
          <w:rPr>
            <w:rFonts w:ascii="Arial" w:hAnsi="Arial" w:cs="Arial"/>
            <w:bCs/>
            <w:sz w:val="18"/>
          </w:rPr>
          <w:fldChar w:fldCharType="separate"/>
        </w:r>
        <w:r w:rsidR="00771CA8" w:rsidRPr="00771CA8">
          <w:rPr>
            <w:rFonts w:ascii="Arial" w:hAnsi="Arial" w:cs="Arial"/>
            <w:bCs/>
            <w:noProof/>
            <w:sz w:val="18"/>
            <w:lang w:val="fr-FR"/>
          </w:rPr>
          <w:t>2</w:t>
        </w:r>
        <w:r w:rsidRPr="00AF5F16">
          <w:rPr>
            <w:rFonts w:ascii="Arial" w:hAnsi="Arial" w:cs="Arial"/>
            <w:bCs/>
            <w:sz w:val="18"/>
          </w:rPr>
          <w:fldChar w:fldCharType="end"/>
        </w:r>
        <w:r w:rsidRPr="00AF5F16">
          <w:rPr>
            <w:rFonts w:ascii="Arial" w:hAnsi="Arial" w:cs="Arial"/>
            <w:sz w:val="18"/>
            <w:lang w:val="fr-FR"/>
          </w:rPr>
          <w:t xml:space="preserve"> sur </w:t>
        </w:r>
        <w:r w:rsidRPr="00AF5F16">
          <w:rPr>
            <w:rFonts w:ascii="Arial" w:hAnsi="Arial" w:cs="Arial"/>
            <w:bCs/>
            <w:sz w:val="18"/>
          </w:rPr>
          <w:fldChar w:fldCharType="begin"/>
        </w:r>
        <w:r w:rsidRPr="00AF5F16">
          <w:rPr>
            <w:rFonts w:ascii="Arial" w:hAnsi="Arial" w:cs="Arial"/>
            <w:bCs/>
            <w:sz w:val="18"/>
          </w:rPr>
          <w:instrText>NUMPAGES  \* Arabic  \* MERGEFORMAT</w:instrText>
        </w:r>
        <w:r w:rsidRPr="00AF5F16">
          <w:rPr>
            <w:rFonts w:ascii="Arial" w:hAnsi="Arial" w:cs="Arial"/>
            <w:bCs/>
            <w:sz w:val="18"/>
          </w:rPr>
          <w:fldChar w:fldCharType="separate"/>
        </w:r>
        <w:r w:rsidR="00771CA8" w:rsidRPr="00771CA8">
          <w:rPr>
            <w:rFonts w:ascii="Arial" w:hAnsi="Arial" w:cs="Arial"/>
            <w:bCs/>
            <w:noProof/>
            <w:sz w:val="18"/>
            <w:lang w:val="fr-FR"/>
          </w:rPr>
          <w:t>3</w:t>
        </w:r>
        <w:r w:rsidRPr="00AF5F16">
          <w:rPr>
            <w:rFonts w:ascii="Arial" w:hAnsi="Arial" w:cs="Arial"/>
            <w:bCs/>
            <w:sz w:val="18"/>
          </w:rPr>
          <w:fldChar w:fldCharType="end"/>
        </w:r>
      </w:p>
    </w:sdtContent>
  </w:sdt>
  <w:p w14:paraId="0DC21920" w14:textId="77777777" w:rsidR="000C06DB" w:rsidRDefault="000C06DB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  <w:sz w:val="18"/>
      </w:rPr>
      <w:id w:val="580636945"/>
      <w:docPartObj>
        <w:docPartGallery w:val="Page Numbers (Bottom of Page)"/>
        <w:docPartUnique/>
      </w:docPartObj>
    </w:sdtPr>
    <w:sdtEndPr/>
    <w:sdtContent>
      <w:p w14:paraId="78ACB41D" w14:textId="13D062EC" w:rsidR="000C06DB" w:rsidRPr="00AF5F16" w:rsidRDefault="000C06DB" w:rsidP="000C06DB">
        <w:pPr>
          <w:pStyle w:val="Pieddepage"/>
          <w:jc w:val="center"/>
          <w:rPr>
            <w:rFonts w:ascii="Arial" w:hAnsi="Arial" w:cs="Arial"/>
            <w:sz w:val="18"/>
          </w:rPr>
        </w:pPr>
        <w:r w:rsidRPr="00AF5F16">
          <w:rPr>
            <w:rFonts w:ascii="Arial" w:hAnsi="Arial" w:cs="Arial"/>
            <w:sz w:val="18"/>
            <w:lang w:val="fr-FR"/>
          </w:rPr>
          <w:t xml:space="preserve">Page </w:t>
        </w:r>
        <w:r w:rsidRPr="00AF5F16">
          <w:rPr>
            <w:rFonts w:ascii="Arial" w:hAnsi="Arial" w:cs="Arial"/>
            <w:bCs/>
            <w:sz w:val="18"/>
          </w:rPr>
          <w:fldChar w:fldCharType="begin"/>
        </w:r>
        <w:r w:rsidRPr="00AF5F16">
          <w:rPr>
            <w:rFonts w:ascii="Arial" w:hAnsi="Arial" w:cs="Arial"/>
            <w:bCs/>
            <w:sz w:val="18"/>
          </w:rPr>
          <w:instrText>PAGE  \* Arabic  \* MERGEFORMAT</w:instrText>
        </w:r>
        <w:r w:rsidRPr="00AF5F16">
          <w:rPr>
            <w:rFonts w:ascii="Arial" w:hAnsi="Arial" w:cs="Arial"/>
            <w:bCs/>
            <w:sz w:val="18"/>
          </w:rPr>
          <w:fldChar w:fldCharType="separate"/>
        </w:r>
        <w:r w:rsidR="00771CA8" w:rsidRPr="00771CA8">
          <w:rPr>
            <w:rFonts w:ascii="Arial" w:hAnsi="Arial" w:cs="Arial"/>
            <w:bCs/>
            <w:noProof/>
            <w:sz w:val="18"/>
            <w:lang w:val="fr-FR"/>
          </w:rPr>
          <w:t>3</w:t>
        </w:r>
        <w:r w:rsidRPr="00AF5F16">
          <w:rPr>
            <w:rFonts w:ascii="Arial" w:hAnsi="Arial" w:cs="Arial"/>
            <w:bCs/>
            <w:sz w:val="18"/>
          </w:rPr>
          <w:fldChar w:fldCharType="end"/>
        </w:r>
        <w:r w:rsidRPr="00AF5F16">
          <w:rPr>
            <w:rFonts w:ascii="Arial" w:hAnsi="Arial" w:cs="Arial"/>
            <w:sz w:val="18"/>
            <w:lang w:val="fr-FR"/>
          </w:rPr>
          <w:t xml:space="preserve"> sur </w:t>
        </w:r>
        <w:r w:rsidRPr="00AF5F16">
          <w:rPr>
            <w:rFonts w:ascii="Arial" w:hAnsi="Arial" w:cs="Arial"/>
            <w:bCs/>
            <w:sz w:val="18"/>
          </w:rPr>
          <w:fldChar w:fldCharType="begin"/>
        </w:r>
        <w:r w:rsidRPr="00AF5F16">
          <w:rPr>
            <w:rFonts w:ascii="Arial" w:hAnsi="Arial" w:cs="Arial"/>
            <w:bCs/>
            <w:sz w:val="18"/>
          </w:rPr>
          <w:instrText>NUMPAGES  \* Arabic  \* MERGEFORMAT</w:instrText>
        </w:r>
        <w:r w:rsidRPr="00AF5F16">
          <w:rPr>
            <w:rFonts w:ascii="Arial" w:hAnsi="Arial" w:cs="Arial"/>
            <w:bCs/>
            <w:sz w:val="18"/>
          </w:rPr>
          <w:fldChar w:fldCharType="separate"/>
        </w:r>
        <w:r w:rsidR="00771CA8" w:rsidRPr="00771CA8">
          <w:rPr>
            <w:rFonts w:ascii="Arial" w:hAnsi="Arial" w:cs="Arial"/>
            <w:bCs/>
            <w:noProof/>
            <w:sz w:val="18"/>
            <w:lang w:val="fr-FR"/>
          </w:rPr>
          <w:t>3</w:t>
        </w:r>
        <w:r w:rsidRPr="00AF5F16">
          <w:rPr>
            <w:rFonts w:ascii="Arial" w:hAnsi="Arial" w:cs="Arial"/>
            <w:bCs/>
            <w:sz w:val="18"/>
          </w:rPr>
          <w:fldChar w:fldCharType="end"/>
        </w:r>
      </w:p>
    </w:sdtContent>
  </w:sdt>
  <w:p w14:paraId="4D791494" w14:textId="77777777" w:rsidR="000C06DB" w:rsidRDefault="000C06DB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  <w:sz w:val="18"/>
      </w:rPr>
      <w:id w:val="1029071523"/>
      <w:docPartObj>
        <w:docPartGallery w:val="Page Numbers (Bottom of Page)"/>
        <w:docPartUnique/>
      </w:docPartObj>
    </w:sdtPr>
    <w:sdtEndPr/>
    <w:sdtContent>
      <w:p w14:paraId="20CD526D" w14:textId="7390F6E0" w:rsidR="00AF5F16" w:rsidRPr="00AF5F16" w:rsidRDefault="00AF5F16">
        <w:pPr>
          <w:pStyle w:val="Pieddepage"/>
          <w:jc w:val="center"/>
          <w:rPr>
            <w:rFonts w:ascii="Arial" w:hAnsi="Arial" w:cs="Arial"/>
            <w:sz w:val="18"/>
          </w:rPr>
        </w:pPr>
        <w:r w:rsidRPr="00AF5F16">
          <w:rPr>
            <w:rFonts w:ascii="Arial" w:hAnsi="Arial" w:cs="Arial"/>
            <w:sz w:val="18"/>
            <w:lang w:val="fr-FR"/>
          </w:rPr>
          <w:t xml:space="preserve">Page </w:t>
        </w:r>
        <w:r w:rsidRPr="00AF5F16">
          <w:rPr>
            <w:rFonts w:ascii="Arial" w:hAnsi="Arial" w:cs="Arial"/>
            <w:bCs/>
            <w:sz w:val="18"/>
          </w:rPr>
          <w:fldChar w:fldCharType="begin"/>
        </w:r>
        <w:r w:rsidRPr="00AF5F16">
          <w:rPr>
            <w:rFonts w:ascii="Arial" w:hAnsi="Arial" w:cs="Arial"/>
            <w:bCs/>
            <w:sz w:val="18"/>
          </w:rPr>
          <w:instrText>PAGE  \* Arabic  \* MERGEFORMAT</w:instrText>
        </w:r>
        <w:r w:rsidRPr="00AF5F16">
          <w:rPr>
            <w:rFonts w:ascii="Arial" w:hAnsi="Arial" w:cs="Arial"/>
            <w:bCs/>
            <w:sz w:val="18"/>
          </w:rPr>
          <w:fldChar w:fldCharType="separate"/>
        </w:r>
        <w:r w:rsidR="00CD6E2F" w:rsidRPr="00CD6E2F">
          <w:rPr>
            <w:rFonts w:ascii="Arial" w:hAnsi="Arial" w:cs="Arial"/>
            <w:bCs/>
            <w:noProof/>
            <w:sz w:val="18"/>
            <w:lang w:val="fr-FR"/>
          </w:rPr>
          <w:t>1</w:t>
        </w:r>
        <w:r w:rsidRPr="00AF5F16">
          <w:rPr>
            <w:rFonts w:ascii="Arial" w:hAnsi="Arial" w:cs="Arial"/>
            <w:bCs/>
            <w:sz w:val="18"/>
          </w:rPr>
          <w:fldChar w:fldCharType="end"/>
        </w:r>
        <w:r w:rsidRPr="00AF5F16">
          <w:rPr>
            <w:rFonts w:ascii="Arial" w:hAnsi="Arial" w:cs="Arial"/>
            <w:sz w:val="18"/>
            <w:lang w:val="fr-FR"/>
          </w:rPr>
          <w:t xml:space="preserve"> sur </w:t>
        </w:r>
        <w:r w:rsidRPr="00AF5F16">
          <w:rPr>
            <w:rFonts w:ascii="Arial" w:hAnsi="Arial" w:cs="Arial"/>
            <w:bCs/>
            <w:sz w:val="18"/>
          </w:rPr>
          <w:fldChar w:fldCharType="begin"/>
        </w:r>
        <w:r w:rsidRPr="00AF5F16">
          <w:rPr>
            <w:rFonts w:ascii="Arial" w:hAnsi="Arial" w:cs="Arial"/>
            <w:bCs/>
            <w:sz w:val="18"/>
          </w:rPr>
          <w:instrText>NUMPAGES  \* Arabic  \* MERGEFORMAT</w:instrText>
        </w:r>
        <w:r w:rsidRPr="00AF5F16">
          <w:rPr>
            <w:rFonts w:ascii="Arial" w:hAnsi="Arial" w:cs="Arial"/>
            <w:bCs/>
            <w:sz w:val="18"/>
          </w:rPr>
          <w:fldChar w:fldCharType="separate"/>
        </w:r>
        <w:r w:rsidR="00CD6E2F" w:rsidRPr="00CD6E2F">
          <w:rPr>
            <w:rFonts w:ascii="Arial" w:hAnsi="Arial" w:cs="Arial"/>
            <w:bCs/>
            <w:noProof/>
            <w:sz w:val="18"/>
            <w:lang w:val="fr-FR"/>
          </w:rPr>
          <w:t>3</w:t>
        </w:r>
        <w:r w:rsidRPr="00AF5F16">
          <w:rPr>
            <w:rFonts w:ascii="Arial" w:hAnsi="Arial" w:cs="Arial"/>
            <w:bCs/>
            <w:sz w:val="18"/>
          </w:rPr>
          <w:fldChar w:fldCharType="end"/>
        </w:r>
      </w:p>
    </w:sdtContent>
  </w:sdt>
  <w:p w14:paraId="29F3CE39" w14:textId="77777777" w:rsidR="00AF5F16" w:rsidRDefault="00AF5F1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7AF636" w14:textId="77777777" w:rsidR="00A83FC2" w:rsidRDefault="00A83FC2" w:rsidP="00D1742E">
      <w:pPr>
        <w:spacing w:after="0" w:line="240" w:lineRule="auto"/>
      </w:pPr>
      <w:r>
        <w:separator/>
      </w:r>
    </w:p>
  </w:footnote>
  <w:footnote w:type="continuationSeparator" w:id="0">
    <w:p w14:paraId="382D473A" w14:textId="77777777" w:rsidR="00A83FC2" w:rsidRDefault="00A83FC2" w:rsidP="00D1742E">
      <w:pPr>
        <w:spacing w:after="0" w:line="240" w:lineRule="auto"/>
      </w:pPr>
      <w:r>
        <w:continuationSeparator/>
      </w:r>
    </w:p>
  </w:footnote>
  <w:footnote w:id="1">
    <w:p w14:paraId="55A1A6BE" w14:textId="726FCC5A" w:rsidR="00606CEA" w:rsidRPr="00BF191A" w:rsidRDefault="00606CEA">
      <w:pPr>
        <w:pStyle w:val="Notedebasdepage"/>
        <w:rPr>
          <w:rFonts w:ascii="Arial" w:hAnsi="Arial" w:cs="Arial"/>
          <w:lang w:val="fr-CH"/>
        </w:rPr>
      </w:pPr>
      <w:r w:rsidRPr="00BF191A">
        <w:rPr>
          <w:rStyle w:val="Appelnotedebasdep"/>
          <w:rFonts w:ascii="Arial" w:hAnsi="Arial" w:cs="Arial"/>
          <w:sz w:val="18"/>
        </w:rPr>
        <w:footnoteRef/>
      </w:r>
      <w:r w:rsidRPr="00BF191A">
        <w:rPr>
          <w:rFonts w:ascii="Arial" w:hAnsi="Arial" w:cs="Arial"/>
          <w:sz w:val="18"/>
        </w:rPr>
        <w:t xml:space="preserve"> </w:t>
      </w:r>
      <w:hyperlink r:id="rId1" w:history="1">
        <w:r w:rsidRPr="00BF191A">
          <w:rPr>
            <w:rStyle w:val="Lienhypertexte"/>
            <w:rFonts w:ascii="Arial" w:hAnsi="Arial" w:cs="Arial"/>
            <w:sz w:val="18"/>
            <w:lang w:val="fr-CH"/>
          </w:rPr>
          <w:t>www.ppdt-june.ch</w:t>
        </w:r>
      </w:hyperlink>
      <w:r w:rsidRPr="00BF191A">
        <w:rPr>
          <w:rFonts w:ascii="Arial" w:hAnsi="Arial" w:cs="Arial"/>
          <w:sz w:val="18"/>
          <w:lang w:val="fr-CH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D4305" w14:textId="44FC8AD6" w:rsidR="000C06DB" w:rsidRDefault="00F80840" w:rsidP="00F80840">
    <w:pPr>
      <w:pStyle w:val="En-tte"/>
      <w:jc w:val="both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CCE2DD8" wp14:editId="259BAFEF">
          <wp:simplePos x="0" y="0"/>
          <wp:positionH relativeFrom="column">
            <wp:posOffset>-822960</wp:posOffset>
          </wp:positionH>
          <wp:positionV relativeFrom="paragraph">
            <wp:posOffset>-352425</wp:posOffset>
          </wp:positionV>
          <wp:extent cx="7084884" cy="1097915"/>
          <wp:effectExtent l="0" t="0" r="1905" b="6985"/>
          <wp:wrapTight wrapText="bothSides">
            <wp:wrapPolygon edited="0">
              <wp:start x="0" y="0"/>
              <wp:lineTo x="0" y="21363"/>
              <wp:lineTo x="21548" y="21363"/>
              <wp:lineTo x="21548" y="0"/>
              <wp:lineTo x="0" y="0"/>
            </wp:wrapPolygon>
          </wp:wrapTight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84884" cy="1097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9E718AC"/>
    <w:multiLevelType w:val="hybridMultilevel"/>
    <w:tmpl w:val="4F7CD9CA"/>
    <w:lvl w:ilvl="0" w:tplc="B2BA052E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08625C"/>
    <w:multiLevelType w:val="hybridMultilevel"/>
    <w:tmpl w:val="2B52757C"/>
    <w:lvl w:ilvl="0" w:tplc="B2BA052E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830E5F"/>
    <w:multiLevelType w:val="hybridMultilevel"/>
    <w:tmpl w:val="045C8CC8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EF0D3C"/>
    <w:multiLevelType w:val="hybridMultilevel"/>
    <w:tmpl w:val="78BAF1E8"/>
    <w:lvl w:ilvl="0" w:tplc="FCFA9214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E53CD8"/>
    <w:multiLevelType w:val="hybridMultilevel"/>
    <w:tmpl w:val="DEB69E2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D25DF9"/>
    <w:multiLevelType w:val="hybridMultilevel"/>
    <w:tmpl w:val="A71E9636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F23E13"/>
    <w:multiLevelType w:val="hybridMultilevel"/>
    <w:tmpl w:val="50F075F4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E2519B"/>
    <w:multiLevelType w:val="hybridMultilevel"/>
    <w:tmpl w:val="CC28C892"/>
    <w:lvl w:ilvl="0" w:tplc="B2BA052E">
      <w:numFmt w:val="bullet"/>
      <w:lvlText w:val="-"/>
      <w:lvlJc w:val="left"/>
      <w:pPr>
        <w:ind w:left="1440" w:hanging="360"/>
      </w:pPr>
      <w:rPr>
        <w:rFonts w:ascii="Cambria" w:eastAsiaTheme="minorEastAsia" w:hAnsi="Cambria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B124565"/>
    <w:multiLevelType w:val="hybridMultilevel"/>
    <w:tmpl w:val="E38AA666"/>
    <w:lvl w:ilvl="0" w:tplc="237821DE">
      <w:start w:val="1"/>
      <w:numFmt w:val="decimal"/>
      <w:pStyle w:val="Sous-titre"/>
      <w:lvlText w:val="%1."/>
      <w:lvlJc w:val="left"/>
      <w:pPr>
        <w:ind w:left="720" w:hanging="360"/>
      </w:pPr>
      <w:rPr>
        <w:rFonts w:hint="default"/>
      </w:rPr>
    </w:lvl>
    <w:lvl w:ilvl="1" w:tplc="100C0019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584E35"/>
    <w:multiLevelType w:val="hybridMultilevel"/>
    <w:tmpl w:val="13840952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4380654">
    <w:abstractNumId w:val="8"/>
  </w:num>
  <w:num w:numId="2" w16cid:durableId="1193107084">
    <w:abstractNumId w:val="6"/>
  </w:num>
  <w:num w:numId="3" w16cid:durableId="147063311">
    <w:abstractNumId w:val="5"/>
  </w:num>
  <w:num w:numId="4" w16cid:durableId="331105931">
    <w:abstractNumId w:val="4"/>
  </w:num>
  <w:num w:numId="5" w16cid:durableId="1291400493">
    <w:abstractNumId w:val="7"/>
  </w:num>
  <w:num w:numId="6" w16cid:durableId="1899509988">
    <w:abstractNumId w:val="3"/>
  </w:num>
  <w:num w:numId="7" w16cid:durableId="425224349">
    <w:abstractNumId w:val="2"/>
  </w:num>
  <w:num w:numId="8" w16cid:durableId="138889388">
    <w:abstractNumId w:val="1"/>
  </w:num>
  <w:num w:numId="9" w16cid:durableId="1017732286">
    <w:abstractNumId w:val="0"/>
  </w:num>
  <w:num w:numId="10" w16cid:durableId="877351850">
    <w:abstractNumId w:val="12"/>
  </w:num>
  <w:num w:numId="11" w16cid:durableId="713847266">
    <w:abstractNumId w:val="13"/>
  </w:num>
  <w:num w:numId="12" w16cid:durableId="1956862168">
    <w:abstractNumId w:val="14"/>
  </w:num>
  <w:num w:numId="13" w16cid:durableId="775713205">
    <w:abstractNumId w:val="18"/>
  </w:num>
  <w:num w:numId="14" w16cid:durableId="662049334">
    <w:abstractNumId w:val="11"/>
  </w:num>
  <w:num w:numId="15" w16cid:durableId="1833830222">
    <w:abstractNumId w:val="15"/>
  </w:num>
  <w:num w:numId="16" w16cid:durableId="323897048">
    <w:abstractNumId w:val="10"/>
  </w:num>
  <w:num w:numId="17" w16cid:durableId="951011148">
    <w:abstractNumId w:val="17"/>
  </w:num>
  <w:num w:numId="18" w16cid:durableId="425001631">
    <w:abstractNumId w:val="16"/>
  </w:num>
  <w:num w:numId="19" w16cid:durableId="1619331922">
    <w:abstractNumId w:val="17"/>
  </w:num>
  <w:num w:numId="20" w16cid:durableId="102224059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grammar="clean"/>
  <w:defaultTabStop w:val="720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94EDB"/>
    <w:rsid w:val="000A6F86"/>
    <w:rsid w:val="000C06DB"/>
    <w:rsid w:val="000E0ACE"/>
    <w:rsid w:val="000E73B7"/>
    <w:rsid w:val="000E7F3C"/>
    <w:rsid w:val="00100B87"/>
    <w:rsid w:val="00105194"/>
    <w:rsid w:val="001317FB"/>
    <w:rsid w:val="00131C44"/>
    <w:rsid w:val="0015074B"/>
    <w:rsid w:val="00160308"/>
    <w:rsid w:val="001A2BBE"/>
    <w:rsid w:val="001C1EB3"/>
    <w:rsid w:val="00210452"/>
    <w:rsid w:val="00213F1F"/>
    <w:rsid w:val="0029639D"/>
    <w:rsid w:val="002D4289"/>
    <w:rsid w:val="002F2151"/>
    <w:rsid w:val="002F46E2"/>
    <w:rsid w:val="003243ED"/>
    <w:rsid w:val="00326F90"/>
    <w:rsid w:val="003B5CBD"/>
    <w:rsid w:val="003E609B"/>
    <w:rsid w:val="003F78F4"/>
    <w:rsid w:val="003F7AAB"/>
    <w:rsid w:val="00402711"/>
    <w:rsid w:val="00435B77"/>
    <w:rsid w:val="00463FAD"/>
    <w:rsid w:val="004B42E0"/>
    <w:rsid w:val="004D22E7"/>
    <w:rsid w:val="005405DE"/>
    <w:rsid w:val="00606CEA"/>
    <w:rsid w:val="00634A90"/>
    <w:rsid w:val="00660B19"/>
    <w:rsid w:val="00664593"/>
    <w:rsid w:val="006A1948"/>
    <w:rsid w:val="006B2530"/>
    <w:rsid w:val="006C3570"/>
    <w:rsid w:val="00735017"/>
    <w:rsid w:val="0076272D"/>
    <w:rsid w:val="00771CA8"/>
    <w:rsid w:val="00777A6A"/>
    <w:rsid w:val="007A435C"/>
    <w:rsid w:val="007B4F9D"/>
    <w:rsid w:val="007F11B8"/>
    <w:rsid w:val="00807119"/>
    <w:rsid w:val="008225AC"/>
    <w:rsid w:val="0085160B"/>
    <w:rsid w:val="008573F8"/>
    <w:rsid w:val="008B6E15"/>
    <w:rsid w:val="00952186"/>
    <w:rsid w:val="009F02BA"/>
    <w:rsid w:val="00A2731D"/>
    <w:rsid w:val="00A40C6F"/>
    <w:rsid w:val="00A626C3"/>
    <w:rsid w:val="00A83FC2"/>
    <w:rsid w:val="00A95ABC"/>
    <w:rsid w:val="00AA1D8D"/>
    <w:rsid w:val="00AA2E47"/>
    <w:rsid w:val="00AB7F78"/>
    <w:rsid w:val="00AC7BAC"/>
    <w:rsid w:val="00AF1981"/>
    <w:rsid w:val="00AF5F16"/>
    <w:rsid w:val="00B05963"/>
    <w:rsid w:val="00B35E7D"/>
    <w:rsid w:val="00B47730"/>
    <w:rsid w:val="00B60A73"/>
    <w:rsid w:val="00B7490A"/>
    <w:rsid w:val="00B918EB"/>
    <w:rsid w:val="00BD3270"/>
    <w:rsid w:val="00BE0803"/>
    <w:rsid w:val="00BF191A"/>
    <w:rsid w:val="00C36F25"/>
    <w:rsid w:val="00C65D6A"/>
    <w:rsid w:val="00CB0664"/>
    <w:rsid w:val="00CB5D61"/>
    <w:rsid w:val="00CC6B84"/>
    <w:rsid w:val="00CD6E2F"/>
    <w:rsid w:val="00D1742E"/>
    <w:rsid w:val="00DA298C"/>
    <w:rsid w:val="00E06149"/>
    <w:rsid w:val="00E25301"/>
    <w:rsid w:val="00E83847"/>
    <w:rsid w:val="00EB3ED3"/>
    <w:rsid w:val="00ED185E"/>
    <w:rsid w:val="00F80840"/>
    <w:rsid w:val="00F93C89"/>
    <w:rsid w:val="00F95E3B"/>
    <w:rsid w:val="00FC45A0"/>
    <w:rsid w:val="00FC693F"/>
    <w:rsid w:val="00FD5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788C3003"/>
  <w14:defaultImageDpi w14:val="330"/>
  <w15:docId w15:val="{625EB83B-8630-4900-8770-CA0E18766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1C1EB3"/>
    <w:pPr>
      <w:spacing w:before="360" w:after="0" w:line="240" w:lineRule="auto"/>
      <w:jc w:val="both"/>
      <w:outlineLvl w:val="1"/>
    </w:pPr>
    <w:rPr>
      <w:rFonts w:ascii="Arial" w:eastAsiaTheme="majorEastAsia" w:hAnsi="Arial" w:cs="Arial"/>
      <w:b/>
      <w:bCs/>
      <w:lang w:val="fr-CH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1C1EB3"/>
    <w:rPr>
      <w:rFonts w:ascii="Arial" w:eastAsiaTheme="majorEastAsia" w:hAnsi="Arial" w:cs="Arial"/>
      <w:b/>
      <w:bCs/>
      <w:lang w:val="fr-CH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Paragraphedeliste"/>
    <w:next w:val="Normal"/>
    <w:link w:val="Sous-titreCar"/>
    <w:uiPriority w:val="11"/>
    <w:qFormat/>
    <w:rsid w:val="00E25301"/>
    <w:pPr>
      <w:numPr>
        <w:numId w:val="17"/>
      </w:numPr>
      <w:ind w:left="284"/>
    </w:pPr>
    <w:rPr>
      <w:rFonts w:ascii="Arial" w:hAnsi="Arial" w:cs="Arial"/>
      <w:b/>
      <w:lang w:val="fr-CH"/>
    </w:rPr>
  </w:style>
  <w:style w:type="character" w:customStyle="1" w:styleId="Sous-titreCar">
    <w:name w:val="Sous-titre Car"/>
    <w:basedOn w:val="Policepardfaut"/>
    <w:link w:val="Sous-titre"/>
    <w:uiPriority w:val="11"/>
    <w:rsid w:val="00E25301"/>
    <w:rPr>
      <w:rFonts w:ascii="Arial" w:hAnsi="Arial" w:cs="Arial"/>
      <w:b/>
      <w:lang w:val="fr-CH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Marquedecommentaire">
    <w:name w:val="annotation reference"/>
    <w:basedOn w:val="Policepardfaut"/>
    <w:uiPriority w:val="99"/>
    <w:semiHidden/>
    <w:unhideWhenUsed/>
    <w:rsid w:val="00D1742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1742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1742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1742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1742E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174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1742E"/>
    <w:rPr>
      <w:rFonts w:ascii="Segoe UI" w:hAnsi="Segoe UI" w:cs="Segoe UI"/>
      <w:sz w:val="18"/>
      <w:szCs w:val="18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606CEA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606CEA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606CEA"/>
    <w:rPr>
      <w:vertAlign w:val="superscript"/>
    </w:rPr>
  </w:style>
  <w:style w:type="character" w:styleId="Lienhypertexte">
    <w:name w:val="Hyperlink"/>
    <w:basedOn w:val="Policepardfaut"/>
    <w:uiPriority w:val="99"/>
    <w:unhideWhenUsed/>
    <w:rsid w:val="00606CEA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2F2151"/>
    <w:rPr>
      <w:color w:val="800080" w:themeColor="followed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B918EB"/>
    <w:rPr>
      <w:color w:val="808080"/>
    </w:rPr>
  </w:style>
  <w:style w:type="character" w:styleId="Mentionnonrsolue">
    <w:name w:val="Unresolved Mention"/>
    <w:basedOn w:val="Policepardfaut"/>
    <w:uiPriority w:val="99"/>
    <w:semiHidden/>
    <w:unhideWhenUsed/>
    <w:rsid w:val="00A273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691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pdt-june.ch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secr.sas@jura.ch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n@jura.ch" TargetMode="External"/><Relationship Id="rId14" Type="http://schemas.openxmlformats.org/officeDocument/2006/relationships/footer" Target="footer3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pdt-june.ch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7CE3BB8-C596-48B6-BCB5-2544834479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3</Pages>
  <Words>671</Words>
  <Characters>3694</Characters>
  <Application>Microsoft Office Word</Application>
  <DocSecurity>0</DocSecurity>
  <Lines>30</Lines>
  <Paragraphs>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4357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Savary Guillaume</cp:lastModifiedBy>
  <cp:revision>12</cp:revision>
  <cp:lastPrinted>2026-03-16T13:15:00Z</cp:lastPrinted>
  <dcterms:created xsi:type="dcterms:W3CDTF">2026-03-05T12:57:00Z</dcterms:created>
  <dcterms:modified xsi:type="dcterms:W3CDTF">2026-03-23T15:23:00Z</dcterms:modified>
  <cp:category/>
</cp:coreProperties>
</file>